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210ABD" w14:textId="2DB1C270" w:rsidR="0054339C" w:rsidRPr="0054339C" w:rsidRDefault="00E03F8E">
      <w:pPr>
        <w:pStyle w:val="Overskrift1"/>
        <w:jc w:val="center"/>
        <w:rPr>
          <w:color w:val="EE0000"/>
          <w:sz w:val="40"/>
          <w:szCs w:val="40"/>
        </w:rPr>
      </w:pPr>
      <w:proofErr w:type="spellStart"/>
      <w:r>
        <w:rPr>
          <w:color w:val="EE0000"/>
          <w:sz w:val="40"/>
          <w:szCs w:val="40"/>
        </w:rPr>
        <w:t>Godkjent</w:t>
      </w:r>
      <w:proofErr w:type="spellEnd"/>
      <w:r w:rsidR="00B1533A">
        <w:rPr>
          <w:color w:val="EE0000"/>
          <w:sz w:val="40"/>
          <w:szCs w:val="40"/>
        </w:rPr>
        <w:t xml:space="preserve"> 28.10.25</w:t>
      </w:r>
    </w:p>
    <w:p w14:paraId="5932CD71" w14:textId="3DC3304F" w:rsidR="002F4B33" w:rsidRPr="00A2652C" w:rsidRDefault="00F051E5">
      <w:pPr>
        <w:pStyle w:val="Overskrift1"/>
        <w:jc w:val="center"/>
        <w:rPr>
          <w:sz w:val="40"/>
          <w:szCs w:val="40"/>
        </w:rPr>
      </w:pPr>
      <w:proofErr w:type="spellStart"/>
      <w:r w:rsidRPr="00A2652C">
        <w:rPr>
          <w:sz w:val="40"/>
          <w:szCs w:val="40"/>
        </w:rPr>
        <w:t>Handlingsplan</w:t>
      </w:r>
      <w:proofErr w:type="spellEnd"/>
      <w:r w:rsidRPr="00A2652C">
        <w:rPr>
          <w:sz w:val="40"/>
          <w:szCs w:val="40"/>
        </w:rPr>
        <w:t xml:space="preserve"> 202</w:t>
      </w:r>
      <w:r w:rsidR="00B856CB" w:rsidRPr="00A2652C">
        <w:rPr>
          <w:sz w:val="40"/>
          <w:szCs w:val="40"/>
        </w:rPr>
        <w:t>6</w:t>
      </w:r>
      <w:r w:rsidRPr="00A2652C">
        <w:rPr>
          <w:sz w:val="40"/>
          <w:szCs w:val="40"/>
        </w:rPr>
        <w:t xml:space="preserve"> – </w:t>
      </w:r>
      <w:proofErr w:type="spellStart"/>
      <w:r w:rsidRPr="00A2652C">
        <w:rPr>
          <w:sz w:val="40"/>
          <w:szCs w:val="40"/>
        </w:rPr>
        <w:t>Stiftelsen</w:t>
      </w:r>
      <w:proofErr w:type="spellEnd"/>
      <w:r w:rsidRPr="00A2652C">
        <w:rPr>
          <w:sz w:val="40"/>
          <w:szCs w:val="40"/>
        </w:rPr>
        <w:t xml:space="preserve"> Gran Frivilligsentral</w:t>
      </w:r>
    </w:p>
    <w:p w14:paraId="27C89D0B" w14:textId="77777777" w:rsidR="0054339C" w:rsidRDefault="0054339C">
      <w:pPr>
        <w:pStyle w:val="Overskrift2"/>
      </w:pPr>
    </w:p>
    <w:p w14:paraId="0D005154" w14:textId="02A5A571" w:rsidR="002F4B33" w:rsidRPr="00343557" w:rsidRDefault="00F051E5">
      <w:pPr>
        <w:pStyle w:val="Overskrift2"/>
        <w:rPr>
          <w:sz w:val="24"/>
          <w:szCs w:val="24"/>
        </w:rPr>
      </w:pPr>
      <w:r w:rsidRPr="00343557">
        <w:rPr>
          <w:sz w:val="24"/>
          <w:szCs w:val="24"/>
        </w:rPr>
        <w:t xml:space="preserve">1. </w:t>
      </w:r>
      <w:proofErr w:type="spellStart"/>
      <w:r w:rsidRPr="00343557">
        <w:rPr>
          <w:sz w:val="24"/>
          <w:szCs w:val="24"/>
        </w:rPr>
        <w:t>Innledning</w:t>
      </w:r>
      <w:proofErr w:type="spellEnd"/>
    </w:p>
    <w:p w14:paraId="1572D25E" w14:textId="77777777" w:rsidR="002F4B33" w:rsidRPr="00343557" w:rsidRDefault="00F051E5">
      <w:pPr>
        <w:pStyle w:val="Overskrift3"/>
        <w:rPr>
          <w:sz w:val="24"/>
          <w:szCs w:val="24"/>
        </w:rPr>
      </w:pPr>
      <w:proofErr w:type="spellStart"/>
      <w:r w:rsidRPr="00343557">
        <w:rPr>
          <w:sz w:val="24"/>
          <w:szCs w:val="24"/>
        </w:rPr>
        <w:t>Visjon</w:t>
      </w:r>
      <w:proofErr w:type="spellEnd"/>
    </w:p>
    <w:p w14:paraId="70FD2ED2" w14:textId="77777777" w:rsidR="002F4B33" w:rsidRPr="00343557" w:rsidRDefault="00F051E5">
      <w:pPr>
        <w:rPr>
          <w:sz w:val="24"/>
          <w:szCs w:val="24"/>
        </w:rPr>
      </w:pPr>
      <w:r w:rsidRPr="00343557">
        <w:rPr>
          <w:sz w:val="24"/>
          <w:szCs w:val="24"/>
        </w:rPr>
        <w:t xml:space="preserve">Gran frivilligsentral </w:t>
      </w:r>
      <w:proofErr w:type="spellStart"/>
      <w:r w:rsidRPr="00343557">
        <w:rPr>
          <w:sz w:val="24"/>
          <w:szCs w:val="24"/>
        </w:rPr>
        <w:t>skal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være</w:t>
      </w:r>
      <w:proofErr w:type="spellEnd"/>
      <w:r w:rsidRPr="00343557">
        <w:rPr>
          <w:sz w:val="24"/>
          <w:szCs w:val="24"/>
        </w:rPr>
        <w:t xml:space="preserve"> et </w:t>
      </w:r>
      <w:proofErr w:type="spellStart"/>
      <w:r w:rsidRPr="00343557">
        <w:rPr>
          <w:sz w:val="24"/>
          <w:szCs w:val="24"/>
        </w:rPr>
        <w:t>medmenneskelig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kraftsenter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i</w:t>
      </w:r>
      <w:proofErr w:type="spellEnd"/>
      <w:r w:rsidRPr="00343557">
        <w:rPr>
          <w:sz w:val="24"/>
          <w:szCs w:val="24"/>
        </w:rPr>
        <w:t xml:space="preserve"> Gran.</w:t>
      </w:r>
    </w:p>
    <w:p w14:paraId="3BFA23DA" w14:textId="77777777" w:rsidR="002F4B33" w:rsidRPr="00343557" w:rsidRDefault="00F051E5">
      <w:pPr>
        <w:pStyle w:val="Overskrift3"/>
        <w:rPr>
          <w:sz w:val="24"/>
          <w:szCs w:val="24"/>
        </w:rPr>
      </w:pPr>
      <w:proofErr w:type="spellStart"/>
      <w:r w:rsidRPr="00343557">
        <w:rPr>
          <w:sz w:val="24"/>
          <w:szCs w:val="24"/>
        </w:rPr>
        <w:t>Hovedmål</w:t>
      </w:r>
      <w:proofErr w:type="spellEnd"/>
    </w:p>
    <w:p w14:paraId="063E3BE3" w14:textId="77777777" w:rsidR="002F4B33" w:rsidRPr="00343557" w:rsidRDefault="00F051E5">
      <w:pPr>
        <w:rPr>
          <w:sz w:val="24"/>
          <w:szCs w:val="24"/>
        </w:rPr>
      </w:pPr>
      <w:r w:rsidRPr="00343557">
        <w:rPr>
          <w:sz w:val="24"/>
          <w:szCs w:val="24"/>
        </w:rPr>
        <w:t xml:space="preserve">Gran frivilligsentral </w:t>
      </w:r>
      <w:proofErr w:type="spellStart"/>
      <w:r w:rsidRPr="00343557">
        <w:rPr>
          <w:sz w:val="24"/>
          <w:szCs w:val="24"/>
        </w:rPr>
        <w:t>skal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bidra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til</w:t>
      </w:r>
      <w:proofErr w:type="spellEnd"/>
      <w:r w:rsidRPr="00343557">
        <w:rPr>
          <w:sz w:val="24"/>
          <w:szCs w:val="24"/>
        </w:rPr>
        <w:t xml:space="preserve"> å </w:t>
      </w:r>
      <w:proofErr w:type="spellStart"/>
      <w:r w:rsidRPr="00343557">
        <w:rPr>
          <w:sz w:val="24"/>
          <w:szCs w:val="24"/>
        </w:rPr>
        <w:t>styrke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folkehelsen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innen</w:t>
      </w:r>
      <w:proofErr w:type="spellEnd"/>
      <w:r w:rsidRPr="00343557">
        <w:rPr>
          <w:sz w:val="24"/>
          <w:szCs w:val="24"/>
        </w:rPr>
        <w:t xml:space="preserve"> Gran </w:t>
      </w:r>
      <w:proofErr w:type="spellStart"/>
      <w:r w:rsidRPr="00343557">
        <w:rPr>
          <w:sz w:val="24"/>
          <w:szCs w:val="24"/>
        </w:rPr>
        <w:t>kommune</w:t>
      </w:r>
      <w:proofErr w:type="spellEnd"/>
      <w:r w:rsidRPr="00343557">
        <w:rPr>
          <w:sz w:val="24"/>
          <w:szCs w:val="24"/>
        </w:rPr>
        <w:t>.</w:t>
      </w:r>
    </w:p>
    <w:p w14:paraId="1C8C3734" w14:textId="77777777" w:rsidR="002F4B33" w:rsidRPr="00343557" w:rsidRDefault="00F051E5">
      <w:pPr>
        <w:pStyle w:val="Overskrift3"/>
        <w:rPr>
          <w:sz w:val="24"/>
          <w:szCs w:val="24"/>
        </w:rPr>
      </w:pPr>
      <w:proofErr w:type="spellStart"/>
      <w:r w:rsidRPr="00343557">
        <w:rPr>
          <w:sz w:val="24"/>
          <w:szCs w:val="24"/>
        </w:rPr>
        <w:t>Delmål</w:t>
      </w:r>
      <w:proofErr w:type="spellEnd"/>
    </w:p>
    <w:p w14:paraId="4A2E8129" w14:textId="0048D381" w:rsidR="002F4B33" w:rsidRPr="00343557" w:rsidRDefault="00F051E5">
      <w:pPr>
        <w:rPr>
          <w:sz w:val="24"/>
          <w:szCs w:val="24"/>
        </w:rPr>
      </w:pPr>
      <w:r w:rsidRPr="00343557">
        <w:rPr>
          <w:sz w:val="24"/>
          <w:szCs w:val="24"/>
        </w:rPr>
        <w:br/>
        <w:t xml:space="preserve">- </w:t>
      </w:r>
      <w:proofErr w:type="spellStart"/>
      <w:r w:rsidRPr="00343557">
        <w:rPr>
          <w:sz w:val="24"/>
          <w:szCs w:val="24"/>
        </w:rPr>
        <w:t>Være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en</w:t>
      </w:r>
      <w:proofErr w:type="spellEnd"/>
      <w:r w:rsidRPr="00343557">
        <w:rPr>
          <w:sz w:val="24"/>
          <w:szCs w:val="24"/>
        </w:rPr>
        <w:t xml:space="preserve"> </w:t>
      </w:r>
      <w:proofErr w:type="gramStart"/>
      <w:r w:rsidRPr="00343557">
        <w:rPr>
          <w:sz w:val="24"/>
          <w:szCs w:val="24"/>
        </w:rPr>
        <w:t>god</w:t>
      </w:r>
      <w:proofErr w:type="gram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medspiller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i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frivillig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arbeid</w:t>
      </w:r>
      <w:proofErr w:type="spellEnd"/>
      <w:r w:rsidRPr="00343557">
        <w:rPr>
          <w:sz w:val="24"/>
          <w:szCs w:val="24"/>
        </w:rPr>
        <w:t>.</w:t>
      </w:r>
      <w:r w:rsidRPr="00343557">
        <w:rPr>
          <w:sz w:val="24"/>
          <w:szCs w:val="24"/>
        </w:rPr>
        <w:br/>
        <w:t xml:space="preserve">- Legge </w:t>
      </w:r>
      <w:proofErr w:type="spellStart"/>
      <w:r w:rsidRPr="00343557">
        <w:rPr>
          <w:sz w:val="24"/>
          <w:szCs w:val="24"/>
        </w:rPr>
        <w:t>til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rette</w:t>
      </w:r>
      <w:proofErr w:type="spellEnd"/>
      <w:r w:rsidRPr="00343557">
        <w:rPr>
          <w:sz w:val="24"/>
          <w:szCs w:val="24"/>
        </w:rPr>
        <w:t xml:space="preserve"> for </w:t>
      </w:r>
      <w:proofErr w:type="spellStart"/>
      <w:r w:rsidRPr="00343557">
        <w:rPr>
          <w:sz w:val="24"/>
          <w:szCs w:val="24"/>
        </w:rPr>
        <w:t>frivillighet</w:t>
      </w:r>
      <w:proofErr w:type="spellEnd"/>
      <w:r w:rsidRPr="00343557">
        <w:rPr>
          <w:sz w:val="24"/>
          <w:szCs w:val="24"/>
        </w:rPr>
        <w:t xml:space="preserve"> der det er </w:t>
      </w:r>
      <w:proofErr w:type="spellStart"/>
      <w:r w:rsidRPr="00343557">
        <w:rPr>
          <w:sz w:val="24"/>
          <w:szCs w:val="24"/>
        </w:rPr>
        <w:t>udekket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behov</w:t>
      </w:r>
      <w:proofErr w:type="spellEnd"/>
      <w:r w:rsidRPr="00343557">
        <w:rPr>
          <w:sz w:val="24"/>
          <w:szCs w:val="24"/>
        </w:rPr>
        <w:t>.</w:t>
      </w:r>
      <w:r w:rsidRPr="00343557">
        <w:rPr>
          <w:sz w:val="24"/>
          <w:szCs w:val="24"/>
        </w:rPr>
        <w:br/>
        <w:t xml:space="preserve">- </w:t>
      </w:r>
      <w:proofErr w:type="spellStart"/>
      <w:r w:rsidRPr="00343557">
        <w:rPr>
          <w:sz w:val="24"/>
          <w:szCs w:val="24"/>
        </w:rPr>
        <w:t>Rekruttere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ivareta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frivillige</w:t>
      </w:r>
      <w:proofErr w:type="spellEnd"/>
      <w:r w:rsidRPr="00343557">
        <w:rPr>
          <w:sz w:val="24"/>
          <w:szCs w:val="24"/>
        </w:rPr>
        <w:t xml:space="preserve">,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skape</w:t>
      </w:r>
      <w:proofErr w:type="spellEnd"/>
      <w:r w:rsidR="00A5750B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engasjement</w:t>
      </w:r>
      <w:proofErr w:type="spellEnd"/>
      <w:r w:rsidR="00A5750B">
        <w:rPr>
          <w:sz w:val="24"/>
          <w:szCs w:val="24"/>
        </w:rPr>
        <w:t xml:space="preserve">, </w:t>
      </w:r>
      <w:proofErr w:type="spellStart"/>
      <w:proofErr w:type="gramStart"/>
      <w:r w:rsidR="00A5750B">
        <w:rPr>
          <w:sz w:val="24"/>
          <w:szCs w:val="24"/>
        </w:rPr>
        <w:t>tilhørighet</w:t>
      </w:r>
      <w:proofErr w:type="spellEnd"/>
      <w:r w:rsidR="00A5750B">
        <w:rPr>
          <w:sz w:val="24"/>
          <w:szCs w:val="24"/>
        </w:rPr>
        <w:t xml:space="preserve">  </w:t>
      </w:r>
      <w:proofErr w:type="spellStart"/>
      <w:r w:rsidR="00A5750B">
        <w:rPr>
          <w:sz w:val="24"/>
          <w:szCs w:val="24"/>
        </w:rPr>
        <w:t>og</w:t>
      </w:r>
      <w:proofErr w:type="spellEnd"/>
      <w:proofErr w:type="gramEnd"/>
      <w:r w:rsidR="00A5750B">
        <w:rPr>
          <w:sz w:val="24"/>
          <w:szCs w:val="24"/>
        </w:rPr>
        <w:t xml:space="preserve"> </w:t>
      </w:r>
      <w:proofErr w:type="spellStart"/>
      <w:r w:rsidR="00A5750B">
        <w:rPr>
          <w:sz w:val="24"/>
          <w:szCs w:val="24"/>
        </w:rPr>
        <w:t>felleskap</w:t>
      </w:r>
      <w:proofErr w:type="spellEnd"/>
      <w:r w:rsidR="00A5750B">
        <w:rPr>
          <w:sz w:val="24"/>
          <w:szCs w:val="24"/>
        </w:rPr>
        <w:t>.</w:t>
      </w:r>
      <w:r w:rsidRPr="00343557">
        <w:rPr>
          <w:sz w:val="24"/>
          <w:szCs w:val="24"/>
        </w:rPr>
        <w:br/>
        <w:t xml:space="preserve">- </w:t>
      </w:r>
      <w:proofErr w:type="spellStart"/>
      <w:r w:rsidRPr="00343557">
        <w:rPr>
          <w:sz w:val="24"/>
          <w:szCs w:val="24"/>
        </w:rPr>
        <w:t>Skape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møteplasser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aktiviteter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i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="00A5750B">
        <w:rPr>
          <w:sz w:val="24"/>
          <w:szCs w:val="24"/>
        </w:rPr>
        <w:t>lokalene</w:t>
      </w:r>
      <w:proofErr w:type="spellEnd"/>
      <w:r w:rsidR="00A5750B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Lidskjalv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Trivselshuset</w:t>
      </w:r>
      <w:proofErr w:type="spellEnd"/>
      <w:r w:rsidR="00A5750B">
        <w:rPr>
          <w:sz w:val="24"/>
          <w:szCs w:val="24"/>
        </w:rPr>
        <w:t xml:space="preserve">, </w:t>
      </w:r>
      <w:proofErr w:type="spellStart"/>
      <w:r w:rsidR="00A5750B">
        <w:rPr>
          <w:sz w:val="24"/>
          <w:szCs w:val="24"/>
        </w:rPr>
        <w:t>eller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andre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steder</w:t>
      </w:r>
      <w:proofErr w:type="spellEnd"/>
      <w:r>
        <w:rPr>
          <w:sz w:val="24"/>
          <w:szCs w:val="24"/>
        </w:rPr>
        <w:t xml:space="preserve"> I </w:t>
      </w:r>
      <w:proofErr w:type="spellStart"/>
      <w:r>
        <w:rPr>
          <w:sz w:val="24"/>
          <w:szCs w:val="24"/>
        </w:rPr>
        <w:t>bygda</w:t>
      </w:r>
      <w:proofErr w:type="spellEnd"/>
      <w:r>
        <w:rPr>
          <w:sz w:val="24"/>
          <w:szCs w:val="24"/>
        </w:rPr>
        <w:t xml:space="preserve"> der det er </w:t>
      </w:r>
      <w:proofErr w:type="spellStart"/>
      <w:r>
        <w:rPr>
          <w:sz w:val="24"/>
          <w:szCs w:val="24"/>
        </w:rPr>
        <w:t>ønskelig</w:t>
      </w:r>
      <w:proofErr w:type="spellEnd"/>
      <w:r>
        <w:rPr>
          <w:sz w:val="24"/>
          <w:szCs w:val="24"/>
        </w:rPr>
        <w:t>.</w:t>
      </w:r>
      <w:r w:rsidRPr="00343557">
        <w:rPr>
          <w:sz w:val="24"/>
          <w:szCs w:val="24"/>
        </w:rPr>
        <w:br/>
        <w:t xml:space="preserve">- </w:t>
      </w:r>
      <w:proofErr w:type="spellStart"/>
      <w:r w:rsidRPr="00343557">
        <w:rPr>
          <w:sz w:val="24"/>
          <w:szCs w:val="24"/>
        </w:rPr>
        <w:t>Bidra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til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samhandling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mellom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offentlige</w:t>
      </w:r>
      <w:proofErr w:type="spellEnd"/>
      <w:r w:rsidRPr="00343557">
        <w:rPr>
          <w:sz w:val="24"/>
          <w:szCs w:val="24"/>
        </w:rPr>
        <w:t xml:space="preserve">, private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frivillige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aktører</w:t>
      </w:r>
      <w:proofErr w:type="spellEnd"/>
      <w:r w:rsidRPr="00343557">
        <w:rPr>
          <w:sz w:val="24"/>
          <w:szCs w:val="24"/>
        </w:rPr>
        <w:t>.</w:t>
      </w:r>
      <w:r w:rsidRPr="00343557">
        <w:rPr>
          <w:sz w:val="24"/>
          <w:szCs w:val="24"/>
        </w:rPr>
        <w:br/>
      </w:r>
    </w:p>
    <w:p w14:paraId="751DCF5E" w14:textId="597F19D0" w:rsidR="002F4B33" w:rsidRPr="00343557" w:rsidRDefault="00F051E5">
      <w:pPr>
        <w:pStyle w:val="Overskrift2"/>
        <w:rPr>
          <w:sz w:val="24"/>
          <w:szCs w:val="24"/>
        </w:rPr>
      </w:pPr>
      <w:r w:rsidRPr="00343557">
        <w:rPr>
          <w:sz w:val="24"/>
          <w:szCs w:val="24"/>
        </w:rPr>
        <w:t xml:space="preserve">2. </w:t>
      </w:r>
      <w:proofErr w:type="spellStart"/>
      <w:r w:rsidRPr="00343557">
        <w:rPr>
          <w:sz w:val="24"/>
          <w:szCs w:val="24"/>
        </w:rPr>
        <w:t>Fokuspunkter</w:t>
      </w:r>
      <w:proofErr w:type="spellEnd"/>
      <w:r w:rsidRPr="00343557">
        <w:rPr>
          <w:sz w:val="24"/>
          <w:szCs w:val="24"/>
        </w:rPr>
        <w:t xml:space="preserve"> for 202</w:t>
      </w:r>
      <w:r w:rsidR="001C27C9" w:rsidRPr="00343557">
        <w:rPr>
          <w:sz w:val="24"/>
          <w:szCs w:val="24"/>
        </w:rPr>
        <w:t>6</w:t>
      </w:r>
    </w:p>
    <w:p w14:paraId="13A9424F" w14:textId="3906477F" w:rsidR="002F4B33" w:rsidRPr="00343557" w:rsidRDefault="00F051E5">
      <w:pPr>
        <w:rPr>
          <w:sz w:val="24"/>
          <w:szCs w:val="24"/>
        </w:rPr>
      </w:pPr>
      <w:r w:rsidRPr="00343557">
        <w:rPr>
          <w:sz w:val="24"/>
          <w:szCs w:val="24"/>
        </w:rPr>
        <w:br/>
        <w:t xml:space="preserve">- </w:t>
      </w:r>
      <w:proofErr w:type="spellStart"/>
      <w:r w:rsidRPr="00343557">
        <w:rPr>
          <w:sz w:val="24"/>
          <w:szCs w:val="24"/>
        </w:rPr>
        <w:t>Videreutvikle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="001C27C9" w:rsidRPr="00343557">
        <w:rPr>
          <w:sz w:val="24"/>
          <w:szCs w:val="24"/>
        </w:rPr>
        <w:t>allerede</w:t>
      </w:r>
      <w:proofErr w:type="spellEnd"/>
      <w:r w:rsidR="001C27C9" w:rsidRPr="00343557">
        <w:rPr>
          <w:sz w:val="24"/>
          <w:szCs w:val="24"/>
        </w:rPr>
        <w:t xml:space="preserve"> </w:t>
      </w:r>
      <w:proofErr w:type="spellStart"/>
      <w:r w:rsidR="001C27C9" w:rsidRPr="00343557">
        <w:rPr>
          <w:sz w:val="24"/>
          <w:szCs w:val="24"/>
        </w:rPr>
        <w:t>igangsatte</w:t>
      </w:r>
      <w:proofErr w:type="spellEnd"/>
      <w:r w:rsidR="001C27C9" w:rsidRPr="00343557">
        <w:rPr>
          <w:sz w:val="24"/>
          <w:szCs w:val="24"/>
        </w:rPr>
        <w:t xml:space="preserve"> </w:t>
      </w:r>
      <w:proofErr w:type="spellStart"/>
      <w:r w:rsidR="001C27C9" w:rsidRPr="00343557">
        <w:rPr>
          <w:sz w:val="24"/>
          <w:szCs w:val="24"/>
        </w:rPr>
        <w:t>aktiviteter</w:t>
      </w:r>
      <w:proofErr w:type="spellEnd"/>
      <w:r w:rsidR="001C27C9" w:rsidRPr="00343557">
        <w:rPr>
          <w:sz w:val="24"/>
          <w:szCs w:val="24"/>
        </w:rPr>
        <w:t>.</w:t>
      </w:r>
      <w:r w:rsidRPr="00343557">
        <w:rPr>
          <w:sz w:val="24"/>
          <w:szCs w:val="24"/>
        </w:rPr>
        <w:br/>
        <w:t xml:space="preserve">- </w:t>
      </w:r>
      <w:proofErr w:type="spellStart"/>
      <w:r w:rsidRPr="00343557">
        <w:rPr>
          <w:sz w:val="24"/>
          <w:szCs w:val="24"/>
        </w:rPr>
        <w:t>Ivareta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rekruttere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frivillige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til</w:t>
      </w:r>
      <w:proofErr w:type="spellEnd"/>
      <w:r w:rsidRPr="00343557">
        <w:rPr>
          <w:sz w:val="24"/>
          <w:szCs w:val="24"/>
        </w:rPr>
        <w:t xml:space="preserve"> nye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eksisterende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="001C27C9" w:rsidRPr="00343557">
        <w:rPr>
          <w:sz w:val="24"/>
          <w:szCs w:val="24"/>
        </w:rPr>
        <w:t>aktiviteter</w:t>
      </w:r>
      <w:proofErr w:type="spellEnd"/>
      <w:r w:rsidRPr="00343557">
        <w:rPr>
          <w:sz w:val="24"/>
          <w:szCs w:val="24"/>
        </w:rPr>
        <w:t>.</w:t>
      </w:r>
      <w:r w:rsidRPr="00343557">
        <w:rPr>
          <w:sz w:val="24"/>
          <w:szCs w:val="24"/>
        </w:rPr>
        <w:br/>
        <w:t xml:space="preserve">- </w:t>
      </w:r>
      <w:proofErr w:type="spellStart"/>
      <w:r w:rsidRPr="00343557">
        <w:rPr>
          <w:sz w:val="24"/>
          <w:szCs w:val="24"/>
        </w:rPr>
        <w:t>Videreføre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samarbeid</w:t>
      </w:r>
      <w:r>
        <w:rPr>
          <w:sz w:val="24"/>
          <w:szCs w:val="24"/>
        </w:rPr>
        <w:t>e</w:t>
      </w:r>
      <w:proofErr w:type="spellEnd"/>
      <w:r w:rsidRPr="00343557">
        <w:rPr>
          <w:sz w:val="24"/>
          <w:szCs w:val="24"/>
        </w:rPr>
        <w:t xml:space="preserve"> med </w:t>
      </w:r>
      <w:proofErr w:type="spellStart"/>
      <w:r w:rsidR="00CE1E45" w:rsidRPr="00343557">
        <w:rPr>
          <w:sz w:val="24"/>
          <w:szCs w:val="24"/>
        </w:rPr>
        <w:t>offentlig</w:t>
      </w:r>
      <w:proofErr w:type="spellEnd"/>
      <w:r w:rsidR="00CE1E45" w:rsidRPr="00343557">
        <w:rPr>
          <w:sz w:val="24"/>
          <w:szCs w:val="24"/>
        </w:rPr>
        <w:t xml:space="preserve"> </w:t>
      </w:r>
      <w:proofErr w:type="spellStart"/>
      <w:r w:rsidR="00CE1E45" w:rsidRPr="00343557">
        <w:rPr>
          <w:sz w:val="24"/>
          <w:szCs w:val="24"/>
        </w:rPr>
        <w:t>myndighet</w:t>
      </w:r>
      <w:proofErr w:type="spellEnd"/>
      <w:r w:rsidR="00CE1E45" w:rsidRPr="00343557">
        <w:rPr>
          <w:sz w:val="24"/>
          <w:szCs w:val="24"/>
        </w:rPr>
        <w:t xml:space="preserve">, </w:t>
      </w:r>
      <w:proofErr w:type="spellStart"/>
      <w:r w:rsidR="00CE1E45" w:rsidRPr="00343557">
        <w:rPr>
          <w:sz w:val="24"/>
          <w:szCs w:val="24"/>
        </w:rPr>
        <w:t>frivilligsentraler</w:t>
      </w:r>
      <w:proofErr w:type="spellEnd"/>
      <w:r w:rsidR="00CE1E45" w:rsidRPr="00343557">
        <w:rPr>
          <w:sz w:val="24"/>
          <w:szCs w:val="24"/>
        </w:rPr>
        <w:t xml:space="preserve"> </w:t>
      </w:r>
      <w:proofErr w:type="spellStart"/>
      <w:r w:rsidR="00CE1E45" w:rsidRPr="00343557">
        <w:rPr>
          <w:sz w:val="24"/>
          <w:szCs w:val="24"/>
        </w:rPr>
        <w:t>og</w:t>
      </w:r>
      <w:proofErr w:type="spellEnd"/>
      <w:r w:rsidR="00CE1E45" w:rsidRPr="00343557">
        <w:rPr>
          <w:sz w:val="24"/>
          <w:szCs w:val="24"/>
        </w:rPr>
        <w:t xml:space="preserve"> </w:t>
      </w:r>
      <w:proofErr w:type="spellStart"/>
      <w:r w:rsidR="00CE1E45" w:rsidRPr="00343557">
        <w:rPr>
          <w:sz w:val="24"/>
          <w:szCs w:val="24"/>
        </w:rPr>
        <w:t>andre</w:t>
      </w:r>
      <w:proofErr w:type="spellEnd"/>
      <w:r w:rsidR="00CE1E45" w:rsidRPr="00343557">
        <w:rPr>
          <w:sz w:val="24"/>
          <w:szCs w:val="24"/>
        </w:rPr>
        <w:t xml:space="preserve"> </w:t>
      </w:r>
      <w:proofErr w:type="spellStart"/>
      <w:r w:rsidR="00CE1E45" w:rsidRPr="00343557">
        <w:rPr>
          <w:sz w:val="24"/>
          <w:szCs w:val="24"/>
        </w:rPr>
        <w:t>aktører</w:t>
      </w:r>
      <w:proofErr w:type="spellEnd"/>
      <w:r w:rsidRPr="00343557">
        <w:rPr>
          <w:sz w:val="24"/>
          <w:szCs w:val="24"/>
        </w:rPr>
        <w:br/>
        <w:t xml:space="preserve">- Holde </w:t>
      </w:r>
      <w:proofErr w:type="spellStart"/>
      <w:r>
        <w:rPr>
          <w:sz w:val="24"/>
          <w:szCs w:val="24"/>
        </w:rPr>
        <w:t>husene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Lidskjalv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Trivselshuset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i</w:t>
      </w:r>
      <w:proofErr w:type="spellEnd"/>
      <w:r w:rsidRPr="00343557">
        <w:rPr>
          <w:sz w:val="24"/>
          <w:szCs w:val="24"/>
        </w:rPr>
        <w:t xml:space="preserve"> </w:t>
      </w:r>
      <w:proofErr w:type="gramStart"/>
      <w:r w:rsidRPr="00343557">
        <w:rPr>
          <w:sz w:val="24"/>
          <w:szCs w:val="24"/>
        </w:rPr>
        <w:t>god</w:t>
      </w:r>
      <w:proofErr w:type="gramEnd"/>
      <w:r w:rsidRPr="00343557">
        <w:rPr>
          <w:sz w:val="24"/>
          <w:szCs w:val="24"/>
        </w:rPr>
        <w:t xml:space="preserve"> stand</w:t>
      </w:r>
      <w:r>
        <w:rPr>
          <w:sz w:val="24"/>
          <w:szCs w:val="24"/>
        </w:rPr>
        <w:t>,</w:t>
      </w:r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tilgjengelig</w:t>
      </w:r>
      <w:proofErr w:type="spellEnd"/>
      <w:r w:rsidRPr="00343557">
        <w:rPr>
          <w:sz w:val="24"/>
          <w:szCs w:val="24"/>
        </w:rPr>
        <w:t xml:space="preserve"> for </w:t>
      </w:r>
      <w:proofErr w:type="spellStart"/>
      <w:r w:rsidRPr="00343557">
        <w:rPr>
          <w:sz w:val="24"/>
          <w:szCs w:val="24"/>
        </w:rPr>
        <w:t>utleie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aktivitet</w:t>
      </w:r>
      <w:r w:rsidR="001C27C9" w:rsidRPr="00343557">
        <w:rPr>
          <w:sz w:val="24"/>
          <w:szCs w:val="24"/>
        </w:rPr>
        <w:t>er</w:t>
      </w:r>
      <w:proofErr w:type="spellEnd"/>
      <w:r w:rsidRPr="00343557">
        <w:rPr>
          <w:sz w:val="24"/>
          <w:szCs w:val="24"/>
        </w:rPr>
        <w:t>.</w:t>
      </w:r>
      <w:r w:rsidRPr="00343557">
        <w:rPr>
          <w:sz w:val="24"/>
          <w:szCs w:val="24"/>
        </w:rPr>
        <w:br/>
        <w:t xml:space="preserve">- </w:t>
      </w:r>
      <w:proofErr w:type="spellStart"/>
      <w:r w:rsidRPr="00343557">
        <w:rPr>
          <w:sz w:val="24"/>
          <w:szCs w:val="24"/>
        </w:rPr>
        <w:t>Øke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synlighet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="001C27C9" w:rsidRPr="00343557">
        <w:rPr>
          <w:sz w:val="24"/>
          <w:szCs w:val="24"/>
        </w:rPr>
        <w:t>ved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markedsføring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r w:rsidR="001C27C9" w:rsidRPr="00343557">
        <w:rPr>
          <w:sz w:val="24"/>
          <w:szCs w:val="24"/>
        </w:rPr>
        <w:t xml:space="preserve">bruk av </w:t>
      </w:r>
      <w:proofErr w:type="spellStart"/>
      <w:r w:rsidRPr="00343557">
        <w:rPr>
          <w:sz w:val="24"/>
          <w:szCs w:val="24"/>
        </w:rPr>
        <w:t>foreningsportal</w:t>
      </w:r>
      <w:proofErr w:type="spellEnd"/>
      <w:r w:rsidRPr="00343557">
        <w:rPr>
          <w:sz w:val="24"/>
          <w:szCs w:val="24"/>
        </w:rPr>
        <w:t>.</w:t>
      </w:r>
    </w:p>
    <w:p w14:paraId="6A650C5A" w14:textId="77777777" w:rsidR="0054339C" w:rsidRPr="00343557" w:rsidRDefault="0054339C">
      <w:pPr>
        <w:rPr>
          <w:sz w:val="24"/>
          <w:szCs w:val="24"/>
        </w:rPr>
      </w:pPr>
    </w:p>
    <w:p w14:paraId="74D3F5FD" w14:textId="77777777" w:rsidR="0054339C" w:rsidRPr="00343557" w:rsidRDefault="0054339C">
      <w:pPr>
        <w:rPr>
          <w:sz w:val="24"/>
          <w:szCs w:val="24"/>
        </w:rPr>
      </w:pPr>
    </w:p>
    <w:p w14:paraId="0B8A5571" w14:textId="77777777" w:rsidR="0054339C" w:rsidRPr="00343557" w:rsidRDefault="0054339C">
      <w:pPr>
        <w:rPr>
          <w:sz w:val="24"/>
          <w:szCs w:val="24"/>
        </w:rPr>
      </w:pPr>
    </w:p>
    <w:p w14:paraId="5F619F99" w14:textId="77777777" w:rsidR="002F4B33" w:rsidRPr="00343557" w:rsidRDefault="00F051E5">
      <w:pPr>
        <w:pStyle w:val="Overskrift2"/>
        <w:rPr>
          <w:sz w:val="24"/>
          <w:szCs w:val="24"/>
        </w:rPr>
      </w:pPr>
      <w:r w:rsidRPr="00343557">
        <w:rPr>
          <w:sz w:val="24"/>
          <w:szCs w:val="24"/>
        </w:rPr>
        <w:lastRenderedPageBreak/>
        <w:t xml:space="preserve">3. </w:t>
      </w:r>
      <w:proofErr w:type="spellStart"/>
      <w:r w:rsidRPr="00343557">
        <w:rPr>
          <w:sz w:val="24"/>
          <w:szCs w:val="24"/>
        </w:rPr>
        <w:t>Tiltak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aktiviteter</w:t>
      </w:r>
      <w:proofErr w:type="spellEnd"/>
    </w:p>
    <w:tbl>
      <w:tblPr>
        <w:tblStyle w:val="Tabellrutenett"/>
        <w:tblW w:w="8856" w:type="dxa"/>
        <w:tblLayout w:type="fixed"/>
        <w:tblLook w:val="04A0" w:firstRow="1" w:lastRow="0" w:firstColumn="1" w:lastColumn="0" w:noHBand="0" w:noVBand="1"/>
      </w:tblPr>
      <w:tblGrid>
        <w:gridCol w:w="2120"/>
        <w:gridCol w:w="923"/>
        <w:gridCol w:w="1488"/>
        <w:gridCol w:w="1701"/>
        <w:gridCol w:w="709"/>
        <w:gridCol w:w="1915"/>
      </w:tblGrid>
      <w:tr w:rsidR="002E0A93" w:rsidRPr="00343557" w14:paraId="60A321F4" w14:textId="77777777" w:rsidTr="00A5750B">
        <w:tc>
          <w:tcPr>
            <w:tcW w:w="2120" w:type="dxa"/>
          </w:tcPr>
          <w:p w14:paraId="3F3494B0" w14:textId="77777777" w:rsidR="002F4B33" w:rsidRPr="00343557" w:rsidRDefault="00F051E5">
            <w:pPr>
              <w:rPr>
                <w:b/>
                <w:bCs/>
                <w:sz w:val="24"/>
                <w:szCs w:val="24"/>
              </w:rPr>
            </w:pPr>
            <w:proofErr w:type="spellStart"/>
            <w:r w:rsidRPr="00343557">
              <w:rPr>
                <w:b/>
                <w:bCs/>
                <w:sz w:val="24"/>
                <w:szCs w:val="24"/>
              </w:rPr>
              <w:t>Aktivitet</w:t>
            </w:r>
            <w:proofErr w:type="spellEnd"/>
          </w:p>
        </w:tc>
        <w:tc>
          <w:tcPr>
            <w:tcW w:w="923" w:type="dxa"/>
          </w:tcPr>
          <w:p w14:paraId="5F38F130" w14:textId="77777777" w:rsidR="002F4B33" w:rsidRPr="00343557" w:rsidRDefault="00F051E5">
            <w:pPr>
              <w:rPr>
                <w:b/>
                <w:bCs/>
                <w:sz w:val="24"/>
                <w:szCs w:val="24"/>
              </w:rPr>
            </w:pPr>
            <w:r w:rsidRPr="00343557">
              <w:rPr>
                <w:b/>
                <w:bCs/>
                <w:sz w:val="24"/>
                <w:szCs w:val="24"/>
              </w:rPr>
              <w:t>Sted</w:t>
            </w:r>
          </w:p>
        </w:tc>
        <w:tc>
          <w:tcPr>
            <w:tcW w:w="1488" w:type="dxa"/>
          </w:tcPr>
          <w:p w14:paraId="2689A2B2" w14:textId="77777777" w:rsidR="002F4B33" w:rsidRPr="00343557" w:rsidRDefault="00F051E5">
            <w:pPr>
              <w:rPr>
                <w:b/>
                <w:bCs/>
                <w:sz w:val="24"/>
                <w:szCs w:val="24"/>
              </w:rPr>
            </w:pPr>
            <w:proofErr w:type="spellStart"/>
            <w:r w:rsidRPr="00343557">
              <w:rPr>
                <w:b/>
                <w:bCs/>
                <w:sz w:val="24"/>
                <w:szCs w:val="24"/>
              </w:rPr>
              <w:t>Frekvens</w:t>
            </w:r>
            <w:proofErr w:type="spellEnd"/>
          </w:p>
        </w:tc>
        <w:tc>
          <w:tcPr>
            <w:tcW w:w="1701" w:type="dxa"/>
          </w:tcPr>
          <w:p w14:paraId="09333B7E" w14:textId="77777777" w:rsidR="002F4B33" w:rsidRPr="00343557" w:rsidRDefault="00F051E5">
            <w:pPr>
              <w:rPr>
                <w:b/>
                <w:bCs/>
                <w:sz w:val="24"/>
                <w:szCs w:val="24"/>
              </w:rPr>
            </w:pPr>
            <w:proofErr w:type="spellStart"/>
            <w:r w:rsidRPr="00343557">
              <w:rPr>
                <w:b/>
                <w:bCs/>
                <w:sz w:val="24"/>
                <w:szCs w:val="24"/>
              </w:rPr>
              <w:t>Ansvarlig</w:t>
            </w:r>
            <w:proofErr w:type="spellEnd"/>
          </w:p>
        </w:tc>
        <w:tc>
          <w:tcPr>
            <w:tcW w:w="709" w:type="dxa"/>
          </w:tcPr>
          <w:p w14:paraId="0D7E066D" w14:textId="77777777" w:rsidR="002F4B33" w:rsidRPr="00343557" w:rsidRDefault="00F051E5">
            <w:pPr>
              <w:rPr>
                <w:b/>
                <w:bCs/>
                <w:sz w:val="24"/>
                <w:szCs w:val="24"/>
              </w:rPr>
            </w:pPr>
            <w:proofErr w:type="spellStart"/>
            <w:r w:rsidRPr="00343557">
              <w:rPr>
                <w:b/>
                <w:bCs/>
                <w:sz w:val="24"/>
                <w:szCs w:val="24"/>
              </w:rPr>
              <w:t>Frivillige</w:t>
            </w:r>
            <w:proofErr w:type="spellEnd"/>
          </w:p>
        </w:tc>
        <w:tc>
          <w:tcPr>
            <w:tcW w:w="1915" w:type="dxa"/>
          </w:tcPr>
          <w:p w14:paraId="36C9392C" w14:textId="77777777" w:rsidR="002F4B33" w:rsidRPr="00343557" w:rsidRDefault="00F051E5">
            <w:pPr>
              <w:rPr>
                <w:b/>
                <w:bCs/>
                <w:sz w:val="24"/>
                <w:szCs w:val="24"/>
              </w:rPr>
            </w:pPr>
            <w:proofErr w:type="spellStart"/>
            <w:r w:rsidRPr="00343557">
              <w:rPr>
                <w:b/>
                <w:bCs/>
                <w:sz w:val="24"/>
                <w:szCs w:val="24"/>
              </w:rPr>
              <w:t>Merknader</w:t>
            </w:r>
            <w:proofErr w:type="spellEnd"/>
          </w:p>
        </w:tc>
      </w:tr>
      <w:tr w:rsidR="002E0A93" w:rsidRPr="00343557" w14:paraId="45D291B6" w14:textId="77777777" w:rsidTr="00A5750B">
        <w:tc>
          <w:tcPr>
            <w:tcW w:w="2120" w:type="dxa"/>
          </w:tcPr>
          <w:p w14:paraId="6D5A66BA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Duern</w:t>
            </w:r>
            <w:proofErr w:type="spellEnd"/>
          </w:p>
        </w:tc>
        <w:tc>
          <w:tcPr>
            <w:tcW w:w="923" w:type="dxa"/>
          </w:tcPr>
          <w:p w14:paraId="4023ECA6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3D3A788B" w14:textId="1EA3023A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2</w:t>
            </w:r>
            <w:r w:rsidR="00901E31" w:rsidRPr="00343557">
              <w:rPr>
                <w:sz w:val="24"/>
                <w:szCs w:val="24"/>
              </w:rPr>
              <w:t xml:space="preserve"> </w:t>
            </w:r>
            <w:r w:rsidRPr="00343557">
              <w:rPr>
                <w:sz w:val="24"/>
                <w:szCs w:val="24"/>
              </w:rPr>
              <w:t>x pr uke</w:t>
            </w:r>
          </w:p>
        </w:tc>
        <w:tc>
          <w:tcPr>
            <w:tcW w:w="1701" w:type="dxa"/>
          </w:tcPr>
          <w:p w14:paraId="072F36FB" w14:textId="79C24A0B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Medarbeidere</w:t>
            </w:r>
            <w:proofErr w:type="spellEnd"/>
          </w:p>
        </w:tc>
        <w:tc>
          <w:tcPr>
            <w:tcW w:w="709" w:type="dxa"/>
          </w:tcPr>
          <w:p w14:paraId="395CDD6D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4–6 per gang</w:t>
            </w:r>
          </w:p>
        </w:tc>
        <w:tc>
          <w:tcPr>
            <w:tcW w:w="1915" w:type="dxa"/>
          </w:tcPr>
          <w:p w14:paraId="3AA778D0" w14:textId="3D22AE15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Mat, </w:t>
            </w:r>
            <w:proofErr w:type="spellStart"/>
            <w:r w:rsidRPr="00343557">
              <w:rPr>
                <w:sz w:val="24"/>
                <w:szCs w:val="24"/>
              </w:rPr>
              <w:t>musikk</w:t>
            </w:r>
            <w:proofErr w:type="spellEnd"/>
            <w:r w:rsidRPr="00343557">
              <w:rPr>
                <w:sz w:val="24"/>
                <w:szCs w:val="24"/>
              </w:rPr>
              <w:t xml:space="preserve">, </w:t>
            </w:r>
            <w:proofErr w:type="spellStart"/>
            <w:r w:rsidRPr="00343557">
              <w:rPr>
                <w:sz w:val="24"/>
                <w:szCs w:val="24"/>
              </w:rPr>
              <w:t>foredrag</w:t>
            </w:r>
            <w:proofErr w:type="spellEnd"/>
            <w:r w:rsidR="001C27C9" w:rsidRPr="00343557">
              <w:rPr>
                <w:sz w:val="24"/>
                <w:szCs w:val="24"/>
              </w:rPr>
              <w:t xml:space="preserve">, </w:t>
            </w:r>
            <w:proofErr w:type="spellStart"/>
            <w:r w:rsidR="001C27C9" w:rsidRPr="00343557">
              <w:rPr>
                <w:sz w:val="24"/>
                <w:szCs w:val="24"/>
              </w:rPr>
              <w:t>lage</w:t>
            </w:r>
            <w:proofErr w:type="spellEnd"/>
            <w:r w:rsidR="001C27C9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1C27C9" w:rsidRPr="00343557">
              <w:rPr>
                <w:sz w:val="24"/>
                <w:szCs w:val="24"/>
              </w:rPr>
              <w:t>turnuser</w:t>
            </w:r>
            <w:proofErr w:type="spellEnd"/>
            <w:r w:rsidR="001C27C9" w:rsidRPr="00343557">
              <w:rPr>
                <w:sz w:val="24"/>
                <w:szCs w:val="24"/>
              </w:rPr>
              <w:t xml:space="preserve"> for </w:t>
            </w:r>
            <w:proofErr w:type="spellStart"/>
            <w:r w:rsidR="001C27C9" w:rsidRPr="00343557">
              <w:rPr>
                <w:sz w:val="24"/>
                <w:szCs w:val="24"/>
              </w:rPr>
              <w:t>frivillige</w:t>
            </w:r>
            <w:proofErr w:type="spellEnd"/>
          </w:p>
        </w:tc>
      </w:tr>
      <w:tr w:rsidR="002E0A93" w:rsidRPr="00343557" w14:paraId="07BC7FDB" w14:textId="77777777" w:rsidTr="00A5750B">
        <w:tc>
          <w:tcPr>
            <w:tcW w:w="2120" w:type="dxa"/>
          </w:tcPr>
          <w:p w14:paraId="3A2CDE44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Ruslegruppa</w:t>
            </w:r>
            <w:proofErr w:type="spellEnd"/>
          </w:p>
        </w:tc>
        <w:tc>
          <w:tcPr>
            <w:tcW w:w="923" w:type="dxa"/>
          </w:tcPr>
          <w:p w14:paraId="6657A6CD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</w:t>
            </w:r>
          </w:p>
        </w:tc>
        <w:tc>
          <w:tcPr>
            <w:tcW w:w="1488" w:type="dxa"/>
          </w:tcPr>
          <w:p w14:paraId="4BA6E6FB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Torsdager</w:t>
            </w:r>
            <w:proofErr w:type="spellEnd"/>
          </w:p>
        </w:tc>
        <w:tc>
          <w:tcPr>
            <w:tcW w:w="1701" w:type="dxa"/>
          </w:tcPr>
          <w:p w14:paraId="5CF80339" w14:textId="2D9F7E3C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31A08BF5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7725FF35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Kaffe</w:t>
            </w:r>
            <w:proofErr w:type="spellEnd"/>
            <w:r w:rsidRPr="00343557">
              <w:rPr>
                <w:sz w:val="24"/>
                <w:szCs w:val="24"/>
              </w:rPr>
              <w:t>/</w:t>
            </w:r>
            <w:proofErr w:type="spellStart"/>
            <w:r w:rsidRPr="00343557">
              <w:rPr>
                <w:sz w:val="24"/>
                <w:szCs w:val="24"/>
              </w:rPr>
              <w:t>utstyr</w:t>
            </w:r>
            <w:proofErr w:type="spellEnd"/>
          </w:p>
        </w:tc>
      </w:tr>
      <w:tr w:rsidR="002E0A93" w:rsidRPr="00343557" w14:paraId="6382460E" w14:textId="77777777" w:rsidTr="00A5750B">
        <w:tc>
          <w:tcPr>
            <w:tcW w:w="2120" w:type="dxa"/>
          </w:tcPr>
          <w:p w14:paraId="730F697E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Gubbefrokost</w:t>
            </w:r>
            <w:proofErr w:type="spellEnd"/>
          </w:p>
        </w:tc>
        <w:tc>
          <w:tcPr>
            <w:tcW w:w="923" w:type="dxa"/>
          </w:tcPr>
          <w:p w14:paraId="314EF345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</w:t>
            </w:r>
          </w:p>
        </w:tc>
        <w:tc>
          <w:tcPr>
            <w:tcW w:w="1488" w:type="dxa"/>
          </w:tcPr>
          <w:p w14:paraId="3CD77881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Annenhver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fredag</w:t>
            </w:r>
            <w:proofErr w:type="spellEnd"/>
          </w:p>
        </w:tc>
        <w:tc>
          <w:tcPr>
            <w:tcW w:w="1701" w:type="dxa"/>
          </w:tcPr>
          <w:p w14:paraId="3136CFEB" w14:textId="4221E033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1ED34928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2AAA54C1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Markedsføres</w:t>
            </w:r>
            <w:proofErr w:type="spellEnd"/>
          </w:p>
        </w:tc>
      </w:tr>
      <w:tr w:rsidR="002E0A93" w:rsidRPr="00343557" w14:paraId="07436A6D" w14:textId="77777777" w:rsidTr="00A5750B">
        <w:tc>
          <w:tcPr>
            <w:tcW w:w="2120" w:type="dxa"/>
          </w:tcPr>
          <w:p w14:paraId="17C66E0A" w14:textId="792A983D" w:rsidR="002F4B33" w:rsidRPr="00343557" w:rsidRDefault="00A5750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Møte</w:t>
            </w:r>
            <w:proofErr w:type="spellEnd"/>
            <w:r>
              <w:rPr>
                <w:sz w:val="24"/>
                <w:szCs w:val="24"/>
              </w:rPr>
              <w:t xml:space="preserve"> med </w:t>
            </w:r>
            <w:proofErr w:type="spellStart"/>
            <w:r>
              <w:rPr>
                <w:sz w:val="24"/>
                <w:szCs w:val="24"/>
              </w:rPr>
              <w:t>basisforeninger</w:t>
            </w:r>
            <w:proofErr w:type="spellEnd"/>
          </w:p>
        </w:tc>
        <w:tc>
          <w:tcPr>
            <w:tcW w:w="923" w:type="dxa"/>
          </w:tcPr>
          <w:p w14:paraId="32783F23" w14:textId="479E7C56" w:rsidR="002F4B33" w:rsidRPr="00343557" w:rsidRDefault="00A575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L/T</w:t>
            </w:r>
          </w:p>
        </w:tc>
        <w:tc>
          <w:tcPr>
            <w:tcW w:w="1488" w:type="dxa"/>
          </w:tcPr>
          <w:p w14:paraId="290E9722" w14:textId="2A78D907" w:rsidR="00A5750B" w:rsidRDefault="00A575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Etter </w:t>
            </w:r>
            <w:proofErr w:type="spellStart"/>
            <w:r>
              <w:rPr>
                <w:sz w:val="24"/>
                <w:szCs w:val="24"/>
              </w:rPr>
              <w:t>ønske</w:t>
            </w:r>
            <w:proofErr w:type="spellEnd"/>
            <w:r>
              <w:rPr>
                <w:sz w:val="24"/>
                <w:szCs w:val="24"/>
              </w:rPr>
              <w:t>/</w:t>
            </w:r>
          </w:p>
          <w:p w14:paraId="4A1B02D2" w14:textId="1F235207" w:rsidR="00A5750B" w:rsidRPr="00343557" w:rsidRDefault="00A5750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behov</w:t>
            </w:r>
            <w:proofErr w:type="spellEnd"/>
          </w:p>
        </w:tc>
        <w:tc>
          <w:tcPr>
            <w:tcW w:w="1701" w:type="dxa"/>
          </w:tcPr>
          <w:p w14:paraId="09481BB8" w14:textId="308803C6" w:rsidR="002F4B33" w:rsidRPr="00343557" w:rsidRDefault="00A575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 w:rsidR="00337745">
              <w:rPr>
                <w:sz w:val="24"/>
                <w:szCs w:val="24"/>
              </w:rPr>
              <w:t>Medarbeidere</w:t>
            </w:r>
            <w:proofErr w:type="spellEnd"/>
            <w:r w:rsidR="0033774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DL</w:t>
            </w:r>
          </w:p>
        </w:tc>
        <w:tc>
          <w:tcPr>
            <w:tcW w:w="709" w:type="dxa"/>
          </w:tcPr>
          <w:p w14:paraId="2E5C04C3" w14:textId="1F7B2443" w:rsidR="002F4B33" w:rsidRPr="00343557" w:rsidRDefault="00A575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Nei</w:t>
            </w:r>
          </w:p>
        </w:tc>
        <w:tc>
          <w:tcPr>
            <w:tcW w:w="1915" w:type="dxa"/>
          </w:tcPr>
          <w:p w14:paraId="7807BF65" w14:textId="4F5F6BC6" w:rsidR="00A5750B" w:rsidRDefault="00A5750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Informasjons</w:t>
            </w:r>
            <w:proofErr w:type="spellEnd"/>
            <w:r>
              <w:rPr>
                <w:sz w:val="24"/>
                <w:szCs w:val="24"/>
              </w:rPr>
              <w:t>-</w:t>
            </w:r>
          </w:p>
          <w:p w14:paraId="1B2F790B" w14:textId="73289C79" w:rsidR="002F4B33" w:rsidRPr="00343557" w:rsidRDefault="00A5750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deling</w:t>
            </w:r>
            <w:proofErr w:type="spellEnd"/>
          </w:p>
        </w:tc>
      </w:tr>
      <w:tr w:rsidR="002E0A93" w:rsidRPr="00343557" w14:paraId="33B66610" w14:textId="77777777" w:rsidTr="00A5750B">
        <w:tc>
          <w:tcPr>
            <w:tcW w:w="2120" w:type="dxa"/>
          </w:tcPr>
          <w:p w14:paraId="3801091D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Gladsang</w:t>
            </w:r>
            <w:proofErr w:type="spellEnd"/>
          </w:p>
        </w:tc>
        <w:tc>
          <w:tcPr>
            <w:tcW w:w="923" w:type="dxa"/>
          </w:tcPr>
          <w:p w14:paraId="1AC76B17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6F6404C1" w14:textId="537FE3C3" w:rsidR="002F4B33" w:rsidRPr="00343557" w:rsidRDefault="00A575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 4 ganger </w:t>
            </w:r>
            <w:proofErr w:type="spellStart"/>
            <w:proofErr w:type="gram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 </w:t>
            </w:r>
            <w:proofErr w:type="spellStart"/>
            <w:r>
              <w:rPr>
                <w:sz w:val="24"/>
                <w:szCs w:val="24"/>
              </w:rPr>
              <w:t>halvåret</w:t>
            </w:r>
            <w:proofErr w:type="spellEnd"/>
            <w:proofErr w:type="gramEnd"/>
          </w:p>
        </w:tc>
        <w:tc>
          <w:tcPr>
            <w:tcW w:w="1701" w:type="dxa"/>
          </w:tcPr>
          <w:p w14:paraId="6B17512E" w14:textId="0C47C1AB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78922F4B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1B2D4B81" w14:textId="5A4307C9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Søndag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ettermiddag</w:t>
            </w:r>
            <w:proofErr w:type="spellEnd"/>
            <w:r w:rsidRPr="00343557">
              <w:rPr>
                <w:sz w:val="24"/>
                <w:szCs w:val="24"/>
              </w:rPr>
              <w:t xml:space="preserve">, </w:t>
            </w:r>
            <w:proofErr w:type="spellStart"/>
            <w:r w:rsidR="00185367" w:rsidRPr="00343557">
              <w:rPr>
                <w:sz w:val="24"/>
                <w:szCs w:val="24"/>
              </w:rPr>
              <w:t>kaker</w:t>
            </w:r>
            <w:proofErr w:type="spellEnd"/>
            <w:r w:rsidR="00185367" w:rsidRPr="00343557">
              <w:rPr>
                <w:sz w:val="24"/>
                <w:szCs w:val="24"/>
              </w:rPr>
              <w:t xml:space="preserve">, </w:t>
            </w:r>
            <w:proofErr w:type="spellStart"/>
            <w:r w:rsidRPr="00343557">
              <w:rPr>
                <w:sz w:val="24"/>
                <w:szCs w:val="24"/>
              </w:rPr>
              <w:t>loddsalg</w:t>
            </w:r>
            <w:proofErr w:type="spellEnd"/>
          </w:p>
        </w:tc>
      </w:tr>
      <w:tr w:rsidR="002E0A93" w:rsidRPr="00343557" w14:paraId="3023AA63" w14:textId="77777777" w:rsidTr="00A5750B">
        <w:tc>
          <w:tcPr>
            <w:tcW w:w="2120" w:type="dxa"/>
          </w:tcPr>
          <w:p w14:paraId="77763140" w14:textId="26FE907F" w:rsidR="002F4B33" w:rsidRPr="00343557" w:rsidRDefault="00185367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Tradisjonell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Juletrefest</w:t>
            </w:r>
            <w:proofErr w:type="spellEnd"/>
          </w:p>
        </w:tc>
        <w:tc>
          <w:tcPr>
            <w:tcW w:w="923" w:type="dxa"/>
          </w:tcPr>
          <w:p w14:paraId="0C4C625C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</w:t>
            </w:r>
          </w:p>
        </w:tc>
        <w:tc>
          <w:tcPr>
            <w:tcW w:w="1488" w:type="dxa"/>
          </w:tcPr>
          <w:p w14:paraId="69660B82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Januar</w:t>
            </w:r>
            <w:proofErr w:type="spellEnd"/>
          </w:p>
        </w:tc>
        <w:tc>
          <w:tcPr>
            <w:tcW w:w="1701" w:type="dxa"/>
          </w:tcPr>
          <w:p w14:paraId="0AD45AE3" w14:textId="2F052CDD" w:rsidR="002F4B33" w:rsidRPr="00343557" w:rsidRDefault="0033774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Medarbeidere</w:t>
            </w:r>
            <w:r w:rsidR="00F051E5" w:rsidRPr="00343557">
              <w:rPr>
                <w:sz w:val="24"/>
                <w:szCs w:val="24"/>
              </w:rPr>
              <w:t>NAF</w:t>
            </w:r>
            <w:proofErr w:type="spellEnd"/>
            <w:r w:rsidR="00F051E5" w:rsidRPr="00343557">
              <w:rPr>
                <w:sz w:val="24"/>
                <w:szCs w:val="24"/>
              </w:rPr>
              <w:t xml:space="preserve">, </w:t>
            </w:r>
            <w:r w:rsidR="002E0A93" w:rsidRPr="00343557">
              <w:rPr>
                <w:sz w:val="24"/>
                <w:szCs w:val="24"/>
              </w:rPr>
              <w:t xml:space="preserve">Gran </w:t>
            </w:r>
            <w:proofErr w:type="spellStart"/>
            <w:r w:rsidR="00F051E5" w:rsidRPr="00343557">
              <w:rPr>
                <w:sz w:val="24"/>
                <w:szCs w:val="24"/>
              </w:rPr>
              <w:t>bygdekvinnelag</w:t>
            </w:r>
            <w:proofErr w:type="spellEnd"/>
          </w:p>
        </w:tc>
        <w:tc>
          <w:tcPr>
            <w:tcW w:w="709" w:type="dxa"/>
          </w:tcPr>
          <w:p w14:paraId="0FAF7615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5951BF45" w14:textId="577E5D36" w:rsidR="002F4B33" w:rsidRPr="00343557" w:rsidRDefault="00185367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Årlige</w:t>
            </w:r>
            <w:proofErr w:type="spellEnd"/>
            <w:r w:rsidRPr="00343557">
              <w:rPr>
                <w:sz w:val="24"/>
                <w:szCs w:val="24"/>
              </w:rPr>
              <w:t xml:space="preserve"> planer/</w:t>
            </w:r>
            <w:proofErr w:type="spellStart"/>
            <w:r w:rsidRPr="00343557">
              <w:rPr>
                <w:sz w:val="24"/>
                <w:szCs w:val="24"/>
              </w:rPr>
              <w:t>ansvarsfordeling</w:t>
            </w:r>
            <w:proofErr w:type="spellEnd"/>
          </w:p>
        </w:tc>
      </w:tr>
      <w:tr w:rsidR="002E0A93" w:rsidRPr="00343557" w14:paraId="5155CBD2" w14:textId="77777777" w:rsidTr="00A5750B">
        <w:tc>
          <w:tcPr>
            <w:tcW w:w="2120" w:type="dxa"/>
          </w:tcPr>
          <w:p w14:paraId="3E4002EE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Boken </w:t>
            </w:r>
            <w:proofErr w:type="spellStart"/>
            <w:r w:rsidRPr="00343557">
              <w:rPr>
                <w:sz w:val="24"/>
                <w:szCs w:val="24"/>
              </w:rPr>
              <w:t>kommer</w:t>
            </w:r>
            <w:proofErr w:type="spellEnd"/>
          </w:p>
        </w:tc>
        <w:tc>
          <w:tcPr>
            <w:tcW w:w="923" w:type="dxa"/>
          </w:tcPr>
          <w:p w14:paraId="38BD31DD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</w:t>
            </w:r>
          </w:p>
        </w:tc>
        <w:tc>
          <w:tcPr>
            <w:tcW w:w="1488" w:type="dxa"/>
          </w:tcPr>
          <w:p w14:paraId="4D2EB71D" w14:textId="4D26E846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1x pr </w:t>
            </w:r>
            <w:proofErr w:type="spellStart"/>
            <w:r w:rsidRPr="00343557">
              <w:rPr>
                <w:sz w:val="24"/>
                <w:szCs w:val="24"/>
              </w:rPr>
              <w:t>mnd</w:t>
            </w:r>
            <w:proofErr w:type="spellEnd"/>
          </w:p>
        </w:tc>
        <w:tc>
          <w:tcPr>
            <w:tcW w:w="1701" w:type="dxa"/>
          </w:tcPr>
          <w:p w14:paraId="1433A67C" w14:textId="6491D39B" w:rsidR="002F4B33" w:rsidRPr="00343557" w:rsidRDefault="0033774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Medarbeidere</w:t>
            </w:r>
            <w:r w:rsidR="00F051E5" w:rsidRPr="00343557">
              <w:rPr>
                <w:sz w:val="24"/>
                <w:szCs w:val="24"/>
              </w:rPr>
              <w:t>Bibliotek</w:t>
            </w:r>
            <w:proofErr w:type="spellEnd"/>
            <w:r w:rsidR="00F051E5" w:rsidRPr="00343557">
              <w:rPr>
                <w:sz w:val="24"/>
                <w:szCs w:val="24"/>
              </w:rPr>
              <w:t xml:space="preserve"> HVS</w:t>
            </w:r>
            <w:r w:rsidR="002E0A93" w:rsidRPr="00343557">
              <w:rPr>
                <w:sz w:val="24"/>
                <w:szCs w:val="24"/>
              </w:rPr>
              <w:t>,</w:t>
            </w:r>
          </w:p>
        </w:tc>
        <w:tc>
          <w:tcPr>
            <w:tcW w:w="709" w:type="dxa"/>
          </w:tcPr>
          <w:p w14:paraId="1C869973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6A67E9D7" w14:textId="77777777" w:rsidR="00337745" w:rsidRDefault="003377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Turnus/</w:t>
            </w:r>
          </w:p>
          <w:p w14:paraId="72B97F4E" w14:textId="5C3EA5B5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Utkjøring</w:t>
            </w:r>
            <w:proofErr w:type="spellEnd"/>
            <w:r w:rsidRPr="00343557">
              <w:rPr>
                <w:sz w:val="24"/>
                <w:szCs w:val="24"/>
              </w:rPr>
              <w:t xml:space="preserve"> av </w:t>
            </w:r>
            <w:proofErr w:type="spellStart"/>
            <w:r w:rsidRPr="00343557">
              <w:rPr>
                <w:sz w:val="24"/>
                <w:szCs w:val="24"/>
              </w:rPr>
              <w:t>bøker</w:t>
            </w:r>
            <w:proofErr w:type="spellEnd"/>
          </w:p>
        </w:tc>
      </w:tr>
      <w:tr w:rsidR="002E0A93" w:rsidRPr="00343557" w14:paraId="2DF38AA6" w14:textId="77777777" w:rsidTr="00A5750B">
        <w:tc>
          <w:tcPr>
            <w:tcW w:w="2120" w:type="dxa"/>
          </w:tcPr>
          <w:p w14:paraId="63791420" w14:textId="16402904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Rekruttering</w:t>
            </w:r>
            <w:proofErr w:type="spellEnd"/>
            <w:r w:rsidR="00185367" w:rsidRPr="00343557">
              <w:rPr>
                <w:sz w:val="24"/>
                <w:szCs w:val="24"/>
              </w:rPr>
              <w:t xml:space="preserve"> av </w:t>
            </w:r>
            <w:proofErr w:type="spellStart"/>
            <w:r w:rsidR="00185367" w:rsidRPr="00343557">
              <w:rPr>
                <w:sz w:val="24"/>
                <w:szCs w:val="24"/>
              </w:rPr>
              <w:t>frivillige</w:t>
            </w:r>
            <w:proofErr w:type="spellEnd"/>
            <w:r w:rsidR="00185367" w:rsidRPr="00343557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og</w:t>
            </w:r>
            <w:proofErr w:type="spellEnd"/>
            <w:r w:rsidR="00185367" w:rsidRPr="00343557">
              <w:rPr>
                <w:sz w:val="24"/>
                <w:szCs w:val="24"/>
              </w:rPr>
              <w:t xml:space="preserve"> ta </w:t>
            </w:r>
            <w:proofErr w:type="spellStart"/>
            <w:r w:rsidR="00185367" w:rsidRPr="00343557">
              <w:rPr>
                <w:sz w:val="24"/>
                <w:szCs w:val="24"/>
              </w:rPr>
              <w:t>vare</w:t>
            </w:r>
            <w:proofErr w:type="spellEnd"/>
            <w:r w:rsidR="00185367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185367" w:rsidRPr="00343557">
              <w:rPr>
                <w:sz w:val="24"/>
                <w:szCs w:val="24"/>
              </w:rPr>
              <w:t>på</w:t>
            </w:r>
            <w:proofErr w:type="spellEnd"/>
            <w:r w:rsidR="00185367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185367" w:rsidRPr="00343557">
              <w:rPr>
                <w:sz w:val="24"/>
                <w:szCs w:val="24"/>
              </w:rPr>
              <w:t>eksisterende</w:t>
            </w:r>
            <w:proofErr w:type="spellEnd"/>
          </w:p>
        </w:tc>
        <w:tc>
          <w:tcPr>
            <w:tcW w:w="923" w:type="dxa"/>
          </w:tcPr>
          <w:p w14:paraId="3705EB7D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7927E868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Løpende</w:t>
            </w:r>
            <w:proofErr w:type="spellEnd"/>
          </w:p>
        </w:tc>
        <w:tc>
          <w:tcPr>
            <w:tcW w:w="1701" w:type="dxa"/>
          </w:tcPr>
          <w:p w14:paraId="0B0BE15C" w14:textId="1F40787C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DL/</w:t>
            </w: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61D13866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326D80D0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Oppfølging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og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samtaler</w:t>
            </w:r>
            <w:proofErr w:type="spellEnd"/>
          </w:p>
        </w:tc>
      </w:tr>
      <w:tr w:rsidR="002E0A93" w:rsidRPr="00343557" w14:paraId="0481E7B7" w14:textId="77777777" w:rsidTr="00A5750B">
        <w:tc>
          <w:tcPr>
            <w:tcW w:w="2120" w:type="dxa"/>
          </w:tcPr>
          <w:p w14:paraId="731AC909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Formiddagstreff</w:t>
            </w:r>
            <w:proofErr w:type="spellEnd"/>
            <w:r w:rsidRPr="00343557">
              <w:rPr>
                <w:sz w:val="24"/>
                <w:szCs w:val="24"/>
              </w:rPr>
              <w:t xml:space="preserve"> Grymyr</w:t>
            </w:r>
          </w:p>
        </w:tc>
        <w:tc>
          <w:tcPr>
            <w:tcW w:w="923" w:type="dxa"/>
          </w:tcPr>
          <w:p w14:paraId="659F4A17" w14:textId="65476A78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</w:t>
            </w:r>
            <w:r w:rsidR="00185367" w:rsidRPr="00343557">
              <w:rPr>
                <w:sz w:val="24"/>
                <w:szCs w:val="24"/>
              </w:rPr>
              <w:t>/</w:t>
            </w:r>
            <w:proofErr w:type="spellStart"/>
            <w:r w:rsidR="00185367" w:rsidRPr="00343557">
              <w:rPr>
                <w:sz w:val="24"/>
                <w:szCs w:val="24"/>
              </w:rPr>
              <w:t>Rojankrysset</w:t>
            </w:r>
            <w:proofErr w:type="spellEnd"/>
          </w:p>
        </w:tc>
        <w:tc>
          <w:tcPr>
            <w:tcW w:w="1488" w:type="dxa"/>
          </w:tcPr>
          <w:p w14:paraId="2AEA3CE2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Annenhver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onsdag</w:t>
            </w:r>
            <w:proofErr w:type="spellEnd"/>
          </w:p>
        </w:tc>
        <w:tc>
          <w:tcPr>
            <w:tcW w:w="1701" w:type="dxa"/>
          </w:tcPr>
          <w:p w14:paraId="772E6C7C" w14:textId="075AFF2C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4B04CEB4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127A9A66" w14:textId="3CCD674F" w:rsidR="002F4B33" w:rsidRPr="00343557" w:rsidRDefault="00185367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Skaffe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frivillige</w:t>
            </w:r>
            <w:proofErr w:type="spellEnd"/>
            <w:r w:rsidRPr="00343557">
              <w:rPr>
                <w:sz w:val="24"/>
                <w:szCs w:val="24"/>
              </w:rPr>
              <w:t>/</w:t>
            </w:r>
            <w:proofErr w:type="spellStart"/>
            <w:r w:rsidRPr="00343557">
              <w:rPr>
                <w:sz w:val="24"/>
                <w:szCs w:val="24"/>
              </w:rPr>
              <w:t>underholdere</w:t>
            </w:r>
            <w:proofErr w:type="spellEnd"/>
          </w:p>
        </w:tc>
      </w:tr>
      <w:tr w:rsidR="002E0A93" w:rsidRPr="00343557" w14:paraId="2EA23E90" w14:textId="77777777" w:rsidTr="00A5750B">
        <w:tc>
          <w:tcPr>
            <w:tcW w:w="2120" w:type="dxa"/>
          </w:tcPr>
          <w:p w14:paraId="06A314DA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Håndarbeidsgruppe</w:t>
            </w:r>
            <w:proofErr w:type="spellEnd"/>
          </w:p>
        </w:tc>
        <w:tc>
          <w:tcPr>
            <w:tcW w:w="923" w:type="dxa"/>
          </w:tcPr>
          <w:p w14:paraId="3963999B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</w:t>
            </w:r>
          </w:p>
        </w:tc>
        <w:tc>
          <w:tcPr>
            <w:tcW w:w="1488" w:type="dxa"/>
          </w:tcPr>
          <w:p w14:paraId="3D08A1CE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Annenhver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tirsdag</w:t>
            </w:r>
            <w:proofErr w:type="spellEnd"/>
          </w:p>
        </w:tc>
        <w:tc>
          <w:tcPr>
            <w:tcW w:w="1701" w:type="dxa"/>
          </w:tcPr>
          <w:p w14:paraId="0F343527" w14:textId="48FBF175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60E7E06C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3A998579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Sosial</w:t>
            </w:r>
            <w:proofErr w:type="spellEnd"/>
            <w:r w:rsidRPr="00343557">
              <w:rPr>
                <w:sz w:val="24"/>
                <w:szCs w:val="24"/>
              </w:rPr>
              <w:t xml:space="preserve"> arena</w:t>
            </w:r>
          </w:p>
        </w:tc>
      </w:tr>
      <w:tr w:rsidR="002E0A93" w:rsidRPr="00343557" w14:paraId="0D9780A5" w14:textId="77777777" w:rsidTr="00A5750B">
        <w:tc>
          <w:tcPr>
            <w:tcW w:w="2120" w:type="dxa"/>
          </w:tcPr>
          <w:p w14:paraId="2146D85B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Trimgruppe</w:t>
            </w:r>
            <w:proofErr w:type="spellEnd"/>
          </w:p>
        </w:tc>
        <w:tc>
          <w:tcPr>
            <w:tcW w:w="923" w:type="dxa"/>
          </w:tcPr>
          <w:p w14:paraId="35E6DDD2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</w:t>
            </w:r>
          </w:p>
        </w:tc>
        <w:tc>
          <w:tcPr>
            <w:tcW w:w="1488" w:type="dxa"/>
          </w:tcPr>
          <w:p w14:paraId="74D8950E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Tirsdag </w:t>
            </w:r>
            <w:proofErr w:type="spellStart"/>
            <w:r w:rsidRPr="00343557">
              <w:rPr>
                <w:sz w:val="24"/>
                <w:szCs w:val="24"/>
              </w:rPr>
              <w:t>ettermiddag</w:t>
            </w:r>
            <w:proofErr w:type="spellEnd"/>
          </w:p>
        </w:tc>
        <w:tc>
          <w:tcPr>
            <w:tcW w:w="1701" w:type="dxa"/>
          </w:tcPr>
          <w:p w14:paraId="33DB3D23" w14:textId="046AF15F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7CC535B6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34AA8AB1" w14:textId="73E467AF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Mosjon</w:t>
            </w:r>
            <w:r w:rsidR="00185367" w:rsidRPr="00343557">
              <w:rPr>
                <w:sz w:val="24"/>
                <w:szCs w:val="24"/>
              </w:rPr>
              <w:t>gruppe</w:t>
            </w:r>
            <w:proofErr w:type="spellEnd"/>
            <w:r w:rsidR="00185367" w:rsidRPr="00343557">
              <w:rPr>
                <w:sz w:val="24"/>
                <w:szCs w:val="24"/>
              </w:rPr>
              <w:t xml:space="preserve">, med </w:t>
            </w:r>
            <w:proofErr w:type="spellStart"/>
            <w:r w:rsidR="00185367" w:rsidRPr="00343557">
              <w:rPr>
                <w:sz w:val="24"/>
                <w:szCs w:val="24"/>
              </w:rPr>
              <w:t>frukt</w:t>
            </w:r>
            <w:proofErr w:type="spellEnd"/>
            <w:r w:rsidR="00185367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185367" w:rsidRPr="00343557">
              <w:rPr>
                <w:sz w:val="24"/>
                <w:szCs w:val="24"/>
              </w:rPr>
              <w:t>og</w:t>
            </w:r>
            <w:proofErr w:type="spellEnd"/>
            <w:r w:rsidR="00185367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185367" w:rsidRPr="00343557">
              <w:rPr>
                <w:sz w:val="24"/>
                <w:szCs w:val="24"/>
              </w:rPr>
              <w:t>kaffehygge</w:t>
            </w:r>
            <w:proofErr w:type="spellEnd"/>
          </w:p>
        </w:tc>
      </w:tr>
      <w:tr w:rsidR="002E0A93" w:rsidRPr="00343557" w14:paraId="314D73E6" w14:textId="77777777" w:rsidTr="00A5750B">
        <w:tc>
          <w:tcPr>
            <w:tcW w:w="2120" w:type="dxa"/>
          </w:tcPr>
          <w:p w14:paraId="082EF357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Besøksvenn</w:t>
            </w:r>
            <w:proofErr w:type="spellEnd"/>
          </w:p>
        </w:tc>
        <w:tc>
          <w:tcPr>
            <w:tcW w:w="923" w:type="dxa"/>
          </w:tcPr>
          <w:p w14:paraId="0C3A0954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2984A240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Ved </w:t>
            </w:r>
            <w:proofErr w:type="spellStart"/>
            <w:r w:rsidRPr="00343557">
              <w:rPr>
                <w:sz w:val="24"/>
                <w:szCs w:val="24"/>
              </w:rPr>
              <w:t>behov</w:t>
            </w:r>
            <w:proofErr w:type="spellEnd"/>
          </w:p>
        </w:tc>
        <w:tc>
          <w:tcPr>
            <w:tcW w:w="1701" w:type="dxa"/>
          </w:tcPr>
          <w:p w14:paraId="605136B5" w14:textId="15BA712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26ACA635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4870FAAC" w14:textId="7A35C557" w:rsidR="002F4B33" w:rsidRPr="00343557" w:rsidRDefault="00185367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Ved </w:t>
            </w:r>
            <w:proofErr w:type="spellStart"/>
            <w:r w:rsidRPr="00343557">
              <w:rPr>
                <w:sz w:val="24"/>
                <w:szCs w:val="24"/>
              </w:rPr>
              <w:t>ønske</w:t>
            </w:r>
            <w:proofErr w:type="spellEnd"/>
            <w:r w:rsidR="008D5C44">
              <w:rPr>
                <w:sz w:val="24"/>
                <w:szCs w:val="24"/>
              </w:rPr>
              <w:t xml:space="preserve"> -</w:t>
            </w:r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finne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frivillig</w:t>
            </w:r>
            <w:proofErr w:type="spellEnd"/>
          </w:p>
        </w:tc>
      </w:tr>
      <w:tr w:rsidR="002E0A93" w:rsidRPr="00343557" w14:paraId="685B5A99" w14:textId="77777777" w:rsidTr="00A5750B">
        <w:tc>
          <w:tcPr>
            <w:tcW w:w="2120" w:type="dxa"/>
          </w:tcPr>
          <w:p w14:paraId="0364091D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Flyktningevenn</w:t>
            </w:r>
            <w:proofErr w:type="spellEnd"/>
          </w:p>
        </w:tc>
        <w:tc>
          <w:tcPr>
            <w:tcW w:w="923" w:type="dxa"/>
          </w:tcPr>
          <w:p w14:paraId="2FBE46BF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31ACE37B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Ved </w:t>
            </w:r>
            <w:proofErr w:type="spellStart"/>
            <w:r w:rsidRPr="00343557">
              <w:rPr>
                <w:sz w:val="24"/>
                <w:szCs w:val="24"/>
              </w:rPr>
              <w:t>behov</w:t>
            </w:r>
            <w:proofErr w:type="spellEnd"/>
          </w:p>
        </w:tc>
        <w:tc>
          <w:tcPr>
            <w:tcW w:w="1701" w:type="dxa"/>
          </w:tcPr>
          <w:p w14:paraId="509FB435" w14:textId="2C939C04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19D13CE2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0B196599" w14:textId="75448C83" w:rsidR="002F4B33" w:rsidRPr="00343557" w:rsidRDefault="00185367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Ved </w:t>
            </w:r>
            <w:proofErr w:type="spellStart"/>
            <w:r w:rsidRPr="00343557">
              <w:rPr>
                <w:sz w:val="24"/>
                <w:szCs w:val="24"/>
              </w:rPr>
              <w:t>ønske</w:t>
            </w:r>
            <w:proofErr w:type="spellEnd"/>
            <w:r w:rsidRPr="00343557">
              <w:rPr>
                <w:sz w:val="24"/>
                <w:szCs w:val="24"/>
              </w:rPr>
              <w:t xml:space="preserve">, </w:t>
            </w:r>
            <w:proofErr w:type="spellStart"/>
            <w:r w:rsidRPr="00343557">
              <w:rPr>
                <w:sz w:val="24"/>
                <w:szCs w:val="24"/>
              </w:rPr>
              <w:t>finne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frivillig</w:t>
            </w:r>
            <w:proofErr w:type="spellEnd"/>
          </w:p>
        </w:tc>
      </w:tr>
      <w:tr w:rsidR="002E0A93" w:rsidRPr="00343557" w14:paraId="733B8ADE" w14:textId="77777777" w:rsidTr="00A5750B">
        <w:tc>
          <w:tcPr>
            <w:tcW w:w="2120" w:type="dxa"/>
          </w:tcPr>
          <w:p w14:paraId="13AF8C62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Gubbefrokost</w:t>
            </w:r>
            <w:proofErr w:type="spellEnd"/>
          </w:p>
        </w:tc>
        <w:tc>
          <w:tcPr>
            <w:tcW w:w="923" w:type="dxa"/>
          </w:tcPr>
          <w:p w14:paraId="50A93530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</w:t>
            </w:r>
          </w:p>
        </w:tc>
        <w:tc>
          <w:tcPr>
            <w:tcW w:w="1488" w:type="dxa"/>
          </w:tcPr>
          <w:p w14:paraId="066A4503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Annenhver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fredag</w:t>
            </w:r>
            <w:proofErr w:type="spellEnd"/>
          </w:p>
        </w:tc>
        <w:tc>
          <w:tcPr>
            <w:tcW w:w="1701" w:type="dxa"/>
          </w:tcPr>
          <w:p w14:paraId="35E63E03" w14:textId="73C86E8A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  <w:r w:rsidR="00337745">
              <w:rPr>
                <w:sz w:val="24"/>
                <w:szCs w:val="24"/>
              </w:rPr>
              <w:t>/DL</w:t>
            </w:r>
          </w:p>
        </w:tc>
        <w:tc>
          <w:tcPr>
            <w:tcW w:w="709" w:type="dxa"/>
          </w:tcPr>
          <w:p w14:paraId="5CE5BC39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7472CD51" w14:textId="2B68E9A4" w:rsidR="002F4B33" w:rsidRPr="00343557" w:rsidRDefault="00185367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Markedsføring</w:t>
            </w:r>
            <w:proofErr w:type="spellEnd"/>
            <w:r w:rsidRPr="00343557">
              <w:rPr>
                <w:sz w:val="24"/>
                <w:szCs w:val="24"/>
              </w:rPr>
              <w:t xml:space="preserve">, </w:t>
            </w:r>
            <w:proofErr w:type="spellStart"/>
            <w:r w:rsidRPr="00343557">
              <w:rPr>
                <w:sz w:val="24"/>
                <w:szCs w:val="24"/>
              </w:rPr>
              <w:t>innkjøp</w:t>
            </w:r>
            <w:proofErr w:type="spellEnd"/>
            <w:r w:rsidRPr="00343557">
              <w:rPr>
                <w:sz w:val="24"/>
                <w:szCs w:val="24"/>
              </w:rPr>
              <w:t xml:space="preserve">, </w:t>
            </w:r>
            <w:proofErr w:type="spellStart"/>
            <w:r w:rsidRPr="00343557">
              <w:rPr>
                <w:sz w:val="24"/>
                <w:szCs w:val="24"/>
              </w:rPr>
              <w:t>lage</w:t>
            </w:r>
            <w:proofErr w:type="spellEnd"/>
            <w:r w:rsidRPr="00343557">
              <w:rPr>
                <w:sz w:val="24"/>
                <w:szCs w:val="24"/>
              </w:rPr>
              <w:t xml:space="preserve"> mat.</w:t>
            </w:r>
          </w:p>
        </w:tc>
      </w:tr>
      <w:tr w:rsidR="002E0A93" w:rsidRPr="00343557" w14:paraId="0DB6620E" w14:textId="77777777" w:rsidTr="00A5750B">
        <w:tc>
          <w:tcPr>
            <w:tcW w:w="2120" w:type="dxa"/>
          </w:tcPr>
          <w:p w14:paraId="4E4B5CF6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lastRenderedPageBreak/>
              <w:t>Bowls</w:t>
            </w:r>
          </w:p>
        </w:tc>
        <w:tc>
          <w:tcPr>
            <w:tcW w:w="923" w:type="dxa"/>
          </w:tcPr>
          <w:p w14:paraId="3C3A1C03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T</w:t>
            </w:r>
          </w:p>
        </w:tc>
        <w:tc>
          <w:tcPr>
            <w:tcW w:w="1488" w:type="dxa"/>
          </w:tcPr>
          <w:p w14:paraId="1C518658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Annenhver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fredag</w:t>
            </w:r>
            <w:proofErr w:type="spellEnd"/>
          </w:p>
        </w:tc>
        <w:tc>
          <w:tcPr>
            <w:tcW w:w="1701" w:type="dxa"/>
          </w:tcPr>
          <w:p w14:paraId="7E9B9CFB" w14:textId="30BFCF7E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  <w:r w:rsidR="00337745">
              <w:rPr>
                <w:sz w:val="24"/>
                <w:szCs w:val="24"/>
              </w:rPr>
              <w:t>/DL</w:t>
            </w:r>
          </w:p>
        </w:tc>
        <w:tc>
          <w:tcPr>
            <w:tcW w:w="709" w:type="dxa"/>
          </w:tcPr>
          <w:p w14:paraId="32E2402C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2CC49C8C" w14:textId="067304C7" w:rsidR="002F4B33" w:rsidRPr="00343557" w:rsidRDefault="00A00FFB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Legge </w:t>
            </w:r>
            <w:proofErr w:type="spellStart"/>
            <w:r w:rsidRPr="00343557">
              <w:rPr>
                <w:sz w:val="24"/>
                <w:szCs w:val="24"/>
              </w:rPr>
              <w:t>tilrette</w:t>
            </w:r>
            <w:proofErr w:type="spellEnd"/>
            <w:r w:rsidRPr="00343557">
              <w:rPr>
                <w:sz w:val="24"/>
                <w:szCs w:val="24"/>
              </w:rPr>
              <w:t xml:space="preserve">. </w:t>
            </w:r>
            <w:proofErr w:type="spellStart"/>
            <w:r w:rsidRPr="00343557">
              <w:rPr>
                <w:sz w:val="24"/>
                <w:szCs w:val="24"/>
              </w:rPr>
              <w:t>Kaffe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og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kake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343557">
              <w:rPr>
                <w:sz w:val="24"/>
                <w:szCs w:val="24"/>
              </w:rPr>
              <w:t>ol</w:t>
            </w:r>
            <w:proofErr w:type="spellEnd"/>
            <w:r w:rsidRPr="00343557">
              <w:rPr>
                <w:sz w:val="24"/>
                <w:szCs w:val="24"/>
              </w:rPr>
              <w:t>..</w:t>
            </w:r>
            <w:proofErr w:type="gramEnd"/>
          </w:p>
        </w:tc>
      </w:tr>
      <w:tr w:rsidR="008D5C44" w:rsidRPr="00343557" w14:paraId="05060A0A" w14:textId="77777777" w:rsidTr="00A5750B">
        <w:tc>
          <w:tcPr>
            <w:tcW w:w="2120" w:type="dxa"/>
          </w:tcPr>
          <w:p w14:paraId="37B88D1F" w14:textId="00610196" w:rsidR="008D5C44" w:rsidRPr="00343557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Ballkjoledagen</w:t>
            </w:r>
            <w:proofErr w:type="spellEnd"/>
          </w:p>
        </w:tc>
        <w:tc>
          <w:tcPr>
            <w:tcW w:w="923" w:type="dxa"/>
          </w:tcPr>
          <w:p w14:paraId="3E0ABA63" w14:textId="08DC39ED" w:rsidR="008D5C44" w:rsidRPr="00343557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3C9D3B23" w14:textId="4C4208AC" w:rsidR="008D5C44" w:rsidRPr="00343557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Oktober</w:t>
            </w:r>
          </w:p>
        </w:tc>
        <w:tc>
          <w:tcPr>
            <w:tcW w:w="1701" w:type="dxa"/>
          </w:tcPr>
          <w:p w14:paraId="76F27904" w14:textId="7C1F4E21" w:rsidR="008D5C44" w:rsidRPr="00343557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Medarbeidere</w:t>
            </w:r>
            <w:proofErr w:type="spellEnd"/>
            <w:r>
              <w:rPr>
                <w:sz w:val="24"/>
                <w:szCs w:val="24"/>
              </w:rPr>
              <w:t xml:space="preserve">/Lunner </w:t>
            </w:r>
            <w:proofErr w:type="spellStart"/>
            <w:r>
              <w:rPr>
                <w:sz w:val="24"/>
                <w:szCs w:val="24"/>
              </w:rPr>
              <w:t>og</w:t>
            </w:r>
            <w:proofErr w:type="spellEnd"/>
            <w:r>
              <w:rPr>
                <w:sz w:val="24"/>
                <w:szCs w:val="24"/>
              </w:rPr>
              <w:t xml:space="preserve"> Jevnaker frivilligsentral</w:t>
            </w:r>
          </w:p>
        </w:tc>
        <w:tc>
          <w:tcPr>
            <w:tcW w:w="709" w:type="dxa"/>
          </w:tcPr>
          <w:p w14:paraId="4F197D59" w14:textId="3EB34024" w:rsidR="008D5C44" w:rsidRPr="00343557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1FEA9294" w14:textId="40EFA0D1" w:rsidR="008D5C44" w:rsidRPr="00343557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Samle</w:t>
            </w:r>
            <w:proofErr w:type="spellEnd"/>
            <w:r>
              <w:rPr>
                <w:sz w:val="24"/>
                <w:szCs w:val="24"/>
              </w:rPr>
              <w:t xml:space="preserve"> inn </w:t>
            </w:r>
            <w:proofErr w:type="spellStart"/>
            <w:r>
              <w:rPr>
                <w:sz w:val="24"/>
                <w:szCs w:val="24"/>
              </w:rPr>
              <w:t>kjoler</w:t>
            </w:r>
            <w:proofErr w:type="spellEnd"/>
            <w:r>
              <w:rPr>
                <w:sz w:val="24"/>
                <w:szCs w:val="24"/>
              </w:rPr>
              <w:t xml:space="preserve"> for </w:t>
            </w:r>
            <w:proofErr w:type="spellStart"/>
            <w:r>
              <w:rPr>
                <w:sz w:val="24"/>
                <w:szCs w:val="24"/>
              </w:rPr>
              <w:t>ungdomsskole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elever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og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37745">
              <w:rPr>
                <w:sz w:val="24"/>
                <w:szCs w:val="24"/>
              </w:rPr>
              <w:t>org.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salg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37745">
              <w:rPr>
                <w:sz w:val="24"/>
                <w:szCs w:val="24"/>
              </w:rPr>
              <w:t xml:space="preserve">av </w:t>
            </w:r>
            <w:proofErr w:type="spellStart"/>
            <w:r w:rsidR="00337745">
              <w:rPr>
                <w:sz w:val="24"/>
                <w:szCs w:val="24"/>
              </w:rPr>
              <w:t>kjoler</w:t>
            </w:r>
            <w:proofErr w:type="spellEnd"/>
            <w:r w:rsidR="00337745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Lunnerhallen</w:t>
            </w:r>
            <w:proofErr w:type="spellEnd"/>
          </w:p>
        </w:tc>
      </w:tr>
      <w:tr w:rsidR="002E0A93" w:rsidRPr="00343557" w14:paraId="6414B38A" w14:textId="77777777" w:rsidTr="00A5750B">
        <w:tc>
          <w:tcPr>
            <w:tcW w:w="2120" w:type="dxa"/>
          </w:tcPr>
          <w:p w14:paraId="28DC7998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Svingom</w:t>
            </w:r>
            <w:proofErr w:type="spellEnd"/>
          </w:p>
        </w:tc>
        <w:tc>
          <w:tcPr>
            <w:tcW w:w="923" w:type="dxa"/>
          </w:tcPr>
          <w:p w14:paraId="2D319323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</w:t>
            </w:r>
          </w:p>
        </w:tc>
        <w:tc>
          <w:tcPr>
            <w:tcW w:w="1488" w:type="dxa"/>
          </w:tcPr>
          <w:p w14:paraId="61E6742A" w14:textId="4E358BDE" w:rsidR="002F4B33" w:rsidRPr="00343557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 </w:t>
            </w:r>
            <w:r w:rsidR="00F051E5" w:rsidRPr="00343557">
              <w:rPr>
                <w:sz w:val="24"/>
                <w:szCs w:val="24"/>
              </w:rPr>
              <w:t>1</w:t>
            </w:r>
            <w:r w:rsidR="00337745">
              <w:rPr>
                <w:sz w:val="24"/>
                <w:szCs w:val="24"/>
              </w:rPr>
              <w:t xml:space="preserve"> </w:t>
            </w:r>
            <w:r w:rsidR="00F051E5" w:rsidRPr="00343557">
              <w:rPr>
                <w:sz w:val="24"/>
                <w:szCs w:val="24"/>
              </w:rPr>
              <w:t xml:space="preserve">x </w:t>
            </w:r>
            <w:proofErr w:type="spellStart"/>
            <w:r w:rsidR="00A00FFB" w:rsidRPr="00343557">
              <w:rPr>
                <w:sz w:val="24"/>
                <w:szCs w:val="24"/>
              </w:rPr>
              <w:t>on</w:t>
            </w:r>
            <w:r w:rsidR="00337745">
              <w:rPr>
                <w:sz w:val="24"/>
                <w:szCs w:val="24"/>
              </w:rPr>
              <w:t>s</w:t>
            </w:r>
            <w:r w:rsidR="00A00FFB" w:rsidRPr="00343557">
              <w:rPr>
                <w:sz w:val="24"/>
                <w:szCs w:val="24"/>
              </w:rPr>
              <w:t>dag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pr.</w:t>
            </w:r>
            <w:r w:rsidR="00F051E5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F051E5" w:rsidRPr="00343557">
              <w:rPr>
                <w:sz w:val="24"/>
                <w:szCs w:val="24"/>
              </w:rPr>
              <w:t>mnd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høst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og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vår</w:t>
            </w:r>
            <w:proofErr w:type="spellEnd"/>
          </w:p>
        </w:tc>
        <w:tc>
          <w:tcPr>
            <w:tcW w:w="1701" w:type="dxa"/>
          </w:tcPr>
          <w:p w14:paraId="61034FEA" w14:textId="24B937F3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571DA9FC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280F0A8E" w14:textId="27A692DB" w:rsidR="002F4B33" w:rsidRPr="00343557" w:rsidRDefault="003377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Org. </w:t>
            </w:r>
            <w:proofErr w:type="spellStart"/>
            <w:r w:rsidR="00F051E5" w:rsidRPr="00343557">
              <w:rPr>
                <w:sz w:val="24"/>
                <w:szCs w:val="24"/>
              </w:rPr>
              <w:t>Dansekveld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, </w:t>
            </w:r>
            <w:proofErr w:type="spellStart"/>
            <w:r w:rsidR="00A00FFB" w:rsidRPr="00343557">
              <w:rPr>
                <w:sz w:val="24"/>
                <w:szCs w:val="24"/>
              </w:rPr>
              <w:t>salg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av brus, </w:t>
            </w:r>
            <w:proofErr w:type="spellStart"/>
            <w:r w:rsidR="00A00FFB" w:rsidRPr="00343557">
              <w:rPr>
                <w:sz w:val="24"/>
                <w:szCs w:val="24"/>
              </w:rPr>
              <w:t>pølser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mm.</w:t>
            </w:r>
          </w:p>
        </w:tc>
      </w:tr>
      <w:tr w:rsidR="002E0A93" w:rsidRPr="00343557" w14:paraId="68BE0E8A" w14:textId="77777777" w:rsidTr="00A5750B">
        <w:tc>
          <w:tcPr>
            <w:tcW w:w="2120" w:type="dxa"/>
          </w:tcPr>
          <w:p w14:paraId="093899B1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Strikkekafé</w:t>
            </w:r>
            <w:proofErr w:type="spellEnd"/>
          </w:p>
        </w:tc>
        <w:tc>
          <w:tcPr>
            <w:tcW w:w="923" w:type="dxa"/>
          </w:tcPr>
          <w:p w14:paraId="5B6CC5A2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T</w:t>
            </w:r>
          </w:p>
        </w:tc>
        <w:tc>
          <w:tcPr>
            <w:tcW w:w="1488" w:type="dxa"/>
          </w:tcPr>
          <w:p w14:paraId="76E6C9BD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Annenhver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onsdag</w:t>
            </w:r>
            <w:proofErr w:type="spellEnd"/>
          </w:p>
        </w:tc>
        <w:tc>
          <w:tcPr>
            <w:tcW w:w="1701" w:type="dxa"/>
          </w:tcPr>
          <w:p w14:paraId="0ED65B76" w14:textId="172C6E49" w:rsidR="002E0A93" w:rsidRPr="00343557" w:rsidRDefault="0033774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Medarbeidere</w:t>
            </w:r>
            <w:r w:rsidR="00F051E5" w:rsidRPr="00343557">
              <w:rPr>
                <w:sz w:val="24"/>
                <w:szCs w:val="24"/>
              </w:rPr>
              <w:t>Brandbu</w:t>
            </w:r>
            <w:proofErr w:type="spellEnd"/>
            <w:r w:rsidR="00F051E5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F051E5" w:rsidRPr="00343557">
              <w:rPr>
                <w:sz w:val="24"/>
                <w:szCs w:val="24"/>
              </w:rPr>
              <w:t>sanitet</w:t>
            </w:r>
            <w:proofErr w:type="spellEnd"/>
          </w:p>
        </w:tc>
        <w:tc>
          <w:tcPr>
            <w:tcW w:w="709" w:type="dxa"/>
          </w:tcPr>
          <w:p w14:paraId="507F84D3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47176D04" w14:textId="3C5C9734" w:rsidR="002F4B33" w:rsidRPr="00343557" w:rsidRDefault="00A00FFB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BS koker </w:t>
            </w:r>
            <w:proofErr w:type="spellStart"/>
            <w:r w:rsidRPr="00343557">
              <w:rPr>
                <w:sz w:val="24"/>
                <w:szCs w:val="24"/>
              </w:rPr>
              <w:t>kaffe</w:t>
            </w:r>
            <w:proofErr w:type="spellEnd"/>
            <w:r w:rsidRPr="00343557">
              <w:rPr>
                <w:sz w:val="24"/>
                <w:szCs w:val="24"/>
              </w:rPr>
              <w:t xml:space="preserve"> - </w:t>
            </w:r>
            <w:proofErr w:type="spellStart"/>
            <w:r w:rsidRPr="00343557">
              <w:rPr>
                <w:sz w:val="24"/>
                <w:szCs w:val="24"/>
              </w:rPr>
              <w:t>hyggesund</w:t>
            </w:r>
            <w:proofErr w:type="spellEnd"/>
          </w:p>
        </w:tc>
      </w:tr>
      <w:tr w:rsidR="002E0A93" w:rsidRPr="00343557" w14:paraId="124138A9" w14:textId="77777777" w:rsidTr="00A5750B">
        <w:tc>
          <w:tcPr>
            <w:tcW w:w="2120" w:type="dxa"/>
          </w:tcPr>
          <w:p w14:paraId="5E40A709" w14:textId="59C80029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Trivselsverte</w:t>
            </w:r>
            <w:r w:rsidR="00901E31" w:rsidRPr="00343557">
              <w:rPr>
                <w:sz w:val="24"/>
                <w:szCs w:val="24"/>
              </w:rPr>
              <w:t>ne</w:t>
            </w:r>
            <w:proofErr w:type="spellEnd"/>
          </w:p>
        </w:tc>
        <w:tc>
          <w:tcPr>
            <w:tcW w:w="923" w:type="dxa"/>
          </w:tcPr>
          <w:p w14:paraId="7154FB7A" w14:textId="31378E68" w:rsidR="002F4B33" w:rsidRPr="00343557" w:rsidRDefault="00901E31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M/S</w:t>
            </w:r>
          </w:p>
        </w:tc>
        <w:tc>
          <w:tcPr>
            <w:tcW w:w="1488" w:type="dxa"/>
          </w:tcPr>
          <w:p w14:paraId="64407725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Løpende</w:t>
            </w:r>
            <w:proofErr w:type="spellEnd"/>
          </w:p>
        </w:tc>
        <w:tc>
          <w:tcPr>
            <w:tcW w:w="1701" w:type="dxa"/>
          </w:tcPr>
          <w:p w14:paraId="1827C227" w14:textId="3B129D4C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4850015F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405183FC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Samhandling</w:t>
            </w:r>
            <w:proofErr w:type="spellEnd"/>
          </w:p>
        </w:tc>
      </w:tr>
      <w:tr w:rsidR="002E0A93" w:rsidRPr="00343557" w14:paraId="48B335E2" w14:textId="77777777" w:rsidTr="00A5750B">
        <w:tc>
          <w:tcPr>
            <w:tcW w:w="2120" w:type="dxa"/>
          </w:tcPr>
          <w:p w14:paraId="6B276443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Matombringing</w:t>
            </w:r>
            <w:proofErr w:type="spellEnd"/>
          </w:p>
        </w:tc>
        <w:tc>
          <w:tcPr>
            <w:tcW w:w="923" w:type="dxa"/>
          </w:tcPr>
          <w:p w14:paraId="613E595F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M/S</w:t>
            </w:r>
          </w:p>
        </w:tc>
        <w:tc>
          <w:tcPr>
            <w:tcW w:w="1488" w:type="dxa"/>
          </w:tcPr>
          <w:p w14:paraId="2FF7753E" w14:textId="502FF624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2x pr uke</w:t>
            </w:r>
          </w:p>
        </w:tc>
        <w:tc>
          <w:tcPr>
            <w:tcW w:w="1701" w:type="dxa"/>
          </w:tcPr>
          <w:p w14:paraId="43599C4C" w14:textId="54292F5F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5FCDE21B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7867FF1F" w14:textId="382B4C26" w:rsidR="002F4B33" w:rsidRPr="00343557" w:rsidRDefault="00A00FFB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Lage </w:t>
            </w:r>
            <w:proofErr w:type="spellStart"/>
            <w:r w:rsidRPr="00343557">
              <w:rPr>
                <w:sz w:val="24"/>
                <w:szCs w:val="24"/>
              </w:rPr>
              <w:t>turnus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og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utbet</w:t>
            </w:r>
            <w:proofErr w:type="spellEnd"/>
            <w:r w:rsidRPr="00343557">
              <w:rPr>
                <w:sz w:val="24"/>
                <w:szCs w:val="24"/>
              </w:rPr>
              <w:t xml:space="preserve">. Av km. </w:t>
            </w:r>
            <w:proofErr w:type="spellStart"/>
            <w:r w:rsidRPr="00343557">
              <w:rPr>
                <w:sz w:val="24"/>
                <w:szCs w:val="24"/>
              </w:rPr>
              <w:t>godtgjørelse</w:t>
            </w:r>
            <w:proofErr w:type="spellEnd"/>
          </w:p>
        </w:tc>
      </w:tr>
      <w:tr w:rsidR="002E0A93" w:rsidRPr="00343557" w14:paraId="32671365" w14:textId="77777777" w:rsidTr="00A5750B">
        <w:tc>
          <w:tcPr>
            <w:tcW w:w="2120" w:type="dxa"/>
          </w:tcPr>
          <w:p w14:paraId="1E26EF0D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Vaffelsteking</w:t>
            </w:r>
            <w:proofErr w:type="spellEnd"/>
          </w:p>
        </w:tc>
        <w:tc>
          <w:tcPr>
            <w:tcW w:w="923" w:type="dxa"/>
          </w:tcPr>
          <w:p w14:paraId="56AD984B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M/S</w:t>
            </w:r>
          </w:p>
        </w:tc>
        <w:tc>
          <w:tcPr>
            <w:tcW w:w="1488" w:type="dxa"/>
          </w:tcPr>
          <w:p w14:paraId="5CB85587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Ukentlig</w:t>
            </w:r>
            <w:proofErr w:type="spellEnd"/>
          </w:p>
        </w:tc>
        <w:tc>
          <w:tcPr>
            <w:tcW w:w="1701" w:type="dxa"/>
          </w:tcPr>
          <w:p w14:paraId="26B6058B" w14:textId="4B0B3A49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2FFF75BF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7654E877" w14:textId="5085B35E" w:rsidR="002F4B33" w:rsidRPr="00343557" w:rsidRDefault="00A00FFB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Lage </w:t>
            </w:r>
            <w:proofErr w:type="spellStart"/>
            <w:r w:rsidRPr="00343557">
              <w:rPr>
                <w:sz w:val="24"/>
                <w:szCs w:val="24"/>
              </w:rPr>
              <w:t>turnus</w:t>
            </w:r>
            <w:proofErr w:type="spellEnd"/>
          </w:p>
        </w:tc>
      </w:tr>
      <w:tr w:rsidR="002E0A93" w:rsidRPr="00343557" w14:paraId="0127652D" w14:textId="77777777" w:rsidTr="00A5750B">
        <w:tc>
          <w:tcPr>
            <w:tcW w:w="2120" w:type="dxa"/>
          </w:tcPr>
          <w:p w14:paraId="375FCE67" w14:textId="31D7A3A8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Brannvernteam</w:t>
            </w:r>
            <w:proofErr w:type="spellEnd"/>
            <w:r w:rsidR="002E0A93" w:rsidRPr="00343557">
              <w:rPr>
                <w:sz w:val="24"/>
                <w:szCs w:val="24"/>
              </w:rPr>
              <w:t xml:space="preserve">/ </w:t>
            </w:r>
            <w:proofErr w:type="spellStart"/>
            <w:r w:rsidR="00343557">
              <w:rPr>
                <w:sz w:val="24"/>
                <w:szCs w:val="24"/>
              </w:rPr>
              <w:t>Å</w:t>
            </w:r>
            <w:r w:rsidR="002E0A93" w:rsidRPr="00343557">
              <w:rPr>
                <w:sz w:val="24"/>
                <w:szCs w:val="24"/>
              </w:rPr>
              <w:t>pen</w:t>
            </w:r>
            <w:proofErr w:type="spellEnd"/>
            <w:r w:rsidR="00343557">
              <w:rPr>
                <w:sz w:val="24"/>
                <w:szCs w:val="24"/>
              </w:rPr>
              <w:t xml:space="preserve"> </w:t>
            </w:r>
            <w:proofErr w:type="spellStart"/>
            <w:r w:rsidR="00343557">
              <w:rPr>
                <w:sz w:val="24"/>
                <w:szCs w:val="24"/>
              </w:rPr>
              <w:t>dag</w:t>
            </w:r>
            <w:proofErr w:type="spellEnd"/>
            <w:r w:rsidR="00343557">
              <w:rPr>
                <w:sz w:val="24"/>
                <w:szCs w:val="24"/>
              </w:rPr>
              <w:t xml:space="preserve"> </w:t>
            </w:r>
            <w:proofErr w:type="spellStart"/>
            <w:r w:rsidR="00343557">
              <w:rPr>
                <w:sz w:val="24"/>
                <w:szCs w:val="24"/>
              </w:rPr>
              <w:t>på</w:t>
            </w:r>
            <w:proofErr w:type="spellEnd"/>
            <w:r w:rsidR="00343557">
              <w:rPr>
                <w:sz w:val="24"/>
                <w:szCs w:val="24"/>
              </w:rPr>
              <w:t xml:space="preserve"> </w:t>
            </w:r>
            <w:proofErr w:type="spellStart"/>
            <w:r w:rsidR="00343557">
              <w:rPr>
                <w:sz w:val="24"/>
                <w:szCs w:val="24"/>
              </w:rPr>
              <w:t>brann</w:t>
            </w:r>
            <w:proofErr w:type="spellEnd"/>
            <w:r w:rsidR="00343557">
              <w:rPr>
                <w:sz w:val="24"/>
                <w:szCs w:val="24"/>
              </w:rPr>
              <w:t xml:space="preserve"> </w:t>
            </w:r>
            <w:proofErr w:type="spellStart"/>
            <w:r w:rsidR="00343557">
              <w:rPr>
                <w:sz w:val="24"/>
                <w:szCs w:val="24"/>
              </w:rPr>
              <w:t>stasjon</w:t>
            </w:r>
            <w:proofErr w:type="spellEnd"/>
          </w:p>
        </w:tc>
        <w:tc>
          <w:tcPr>
            <w:tcW w:w="923" w:type="dxa"/>
          </w:tcPr>
          <w:p w14:paraId="717E0E8C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6A19A0BE" w14:textId="04AC0E2E" w:rsidR="00343557" w:rsidRDefault="00343557">
            <w:pPr>
              <w:rPr>
                <w:sz w:val="24"/>
                <w:szCs w:val="24"/>
              </w:rPr>
            </w:pPr>
          </w:p>
          <w:p w14:paraId="0C00F57E" w14:textId="7E62CB45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Tirsdag</w:t>
            </w:r>
            <w:r w:rsidR="008D5C44">
              <w:rPr>
                <w:sz w:val="24"/>
                <w:szCs w:val="24"/>
              </w:rPr>
              <w:t>er</w:t>
            </w:r>
            <w:proofErr w:type="spellEnd"/>
          </w:p>
        </w:tc>
        <w:tc>
          <w:tcPr>
            <w:tcW w:w="1701" w:type="dxa"/>
          </w:tcPr>
          <w:p w14:paraId="1BD69427" w14:textId="5DB80A43" w:rsidR="002F4B33" w:rsidRPr="00343557" w:rsidRDefault="002E0A93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Medarbeidere</w:t>
            </w:r>
            <w:proofErr w:type="spellEnd"/>
            <w:r w:rsidRPr="00343557">
              <w:rPr>
                <w:sz w:val="24"/>
                <w:szCs w:val="24"/>
              </w:rPr>
              <w:t xml:space="preserve"> /Brann </w:t>
            </w:r>
            <w:proofErr w:type="spellStart"/>
            <w:r w:rsidRPr="00343557">
              <w:rPr>
                <w:sz w:val="24"/>
                <w:szCs w:val="24"/>
              </w:rPr>
              <w:t>og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redning</w:t>
            </w:r>
            <w:proofErr w:type="spellEnd"/>
          </w:p>
        </w:tc>
        <w:tc>
          <w:tcPr>
            <w:tcW w:w="709" w:type="dxa"/>
          </w:tcPr>
          <w:p w14:paraId="11FE6A8C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684A302F" w14:textId="26AE7F95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Besøk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hos de </w:t>
            </w:r>
            <w:proofErr w:type="spellStart"/>
            <w:r w:rsidR="00A00FFB" w:rsidRPr="00343557">
              <w:rPr>
                <w:sz w:val="24"/>
                <w:szCs w:val="24"/>
              </w:rPr>
              <w:t>som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A00FFB" w:rsidRPr="00343557">
              <w:rPr>
                <w:sz w:val="24"/>
                <w:szCs w:val="24"/>
              </w:rPr>
              <w:t>ønsker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. Delta </w:t>
            </w:r>
            <w:proofErr w:type="spellStart"/>
            <w:proofErr w:type="gramStart"/>
            <w:r w:rsidR="00A00FFB" w:rsidRPr="00343557">
              <w:rPr>
                <w:sz w:val="24"/>
                <w:szCs w:val="24"/>
              </w:rPr>
              <w:t>på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</w:t>
            </w:r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åpen</w:t>
            </w:r>
            <w:proofErr w:type="spellEnd"/>
            <w:proofErr w:type="gram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dag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A00FFB" w:rsidRPr="00343557">
              <w:rPr>
                <w:sz w:val="24"/>
                <w:szCs w:val="24"/>
              </w:rPr>
              <w:t>brannst</w:t>
            </w:r>
            <w:proofErr w:type="spellEnd"/>
            <w:r w:rsidR="00A00FFB" w:rsidRPr="00343557">
              <w:rPr>
                <w:sz w:val="24"/>
                <w:szCs w:val="24"/>
              </w:rPr>
              <w:t>.</w:t>
            </w:r>
          </w:p>
        </w:tc>
      </w:tr>
      <w:tr w:rsidR="002E0A93" w:rsidRPr="00343557" w14:paraId="1AC8A660" w14:textId="77777777" w:rsidTr="00A5750B">
        <w:tc>
          <w:tcPr>
            <w:tcW w:w="2120" w:type="dxa"/>
          </w:tcPr>
          <w:p w14:paraId="5F612A9D" w14:textId="47A23793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Språkkafé</w:t>
            </w:r>
            <w:r w:rsidR="00817DFE" w:rsidRPr="00343557">
              <w:rPr>
                <w:sz w:val="24"/>
                <w:szCs w:val="24"/>
              </w:rPr>
              <w:t>er</w:t>
            </w:r>
            <w:proofErr w:type="spellEnd"/>
            <w:r w:rsidR="00817DFE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817DFE" w:rsidRPr="00343557">
              <w:rPr>
                <w:sz w:val="24"/>
                <w:szCs w:val="24"/>
              </w:rPr>
              <w:t>i</w:t>
            </w:r>
            <w:proofErr w:type="spellEnd"/>
            <w:r w:rsidR="00817DFE" w:rsidRPr="00343557">
              <w:rPr>
                <w:sz w:val="24"/>
                <w:szCs w:val="24"/>
              </w:rPr>
              <w:t xml:space="preserve"> Brua </w:t>
            </w:r>
            <w:proofErr w:type="spellStart"/>
            <w:r w:rsidR="00817DFE" w:rsidRPr="00343557">
              <w:rPr>
                <w:sz w:val="24"/>
                <w:szCs w:val="24"/>
              </w:rPr>
              <w:t>og</w:t>
            </w:r>
            <w:proofErr w:type="spellEnd"/>
            <w:r w:rsidR="00817DFE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817DFE" w:rsidRPr="00343557">
              <w:rPr>
                <w:sz w:val="24"/>
                <w:szCs w:val="24"/>
              </w:rPr>
              <w:t>Vassenden</w:t>
            </w:r>
            <w:proofErr w:type="spellEnd"/>
          </w:p>
        </w:tc>
        <w:tc>
          <w:tcPr>
            <w:tcW w:w="923" w:type="dxa"/>
          </w:tcPr>
          <w:p w14:paraId="2DACBCE0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56D6BBA2" w14:textId="27CAD1AC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Ukentlig</w:t>
            </w:r>
            <w:proofErr w:type="spellEnd"/>
            <w:r w:rsidR="00A5750B">
              <w:rPr>
                <w:sz w:val="24"/>
                <w:szCs w:val="24"/>
              </w:rPr>
              <w:t xml:space="preserve">. </w:t>
            </w:r>
            <w:proofErr w:type="spellStart"/>
            <w:r w:rsidR="00A5750B">
              <w:rPr>
                <w:sz w:val="24"/>
                <w:szCs w:val="24"/>
              </w:rPr>
              <w:t>Onsdager</w:t>
            </w:r>
            <w:proofErr w:type="spellEnd"/>
            <w:r w:rsidR="00A5750B">
              <w:rPr>
                <w:sz w:val="24"/>
                <w:szCs w:val="24"/>
              </w:rPr>
              <w:t>/</w:t>
            </w:r>
            <w:proofErr w:type="spellStart"/>
            <w:r w:rsidR="00A5750B">
              <w:rPr>
                <w:sz w:val="24"/>
                <w:szCs w:val="24"/>
              </w:rPr>
              <w:t>tonsdager</w:t>
            </w:r>
            <w:proofErr w:type="spellEnd"/>
          </w:p>
        </w:tc>
        <w:tc>
          <w:tcPr>
            <w:tcW w:w="1701" w:type="dxa"/>
          </w:tcPr>
          <w:p w14:paraId="5C4B5CF2" w14:textId="77777777" w:rsid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Bibliotek</w:t>
            </w:r>
            <w:proofErr w:type="spellEnd"/>
            <w:r w:rsidRPr="00343557">
              <w:rPr>
                <w:sz w:val="24"/>
                <w:szCs w:val="24"/>
              </w:rPr>
              <w:t>/</w:t>
            </w:r>
            <w:r w:rsidR="00343557">
              <w:rPr>
                <w:sz w:val="24"/>
                <w:szCs w:val="24"/>
              </w:rPr>
              <w:t xml:space="preserve">Br. </w:t>
            </w:r>
            <w:proofErr w:type="spellStart"/>
            <w:r w:rsidR="00343557">
              <w:rPr>
                <w:sz w:val="24"/>
                <w:szCs w:val="24"/>
              </w:rPr>
              <w:t>s</w:t>
            </w:r>
            <w:r w:rsidRPr="00343557">
              <w:rPr>
                <w:sz w:val="24"/>
                <w:szCs w:val="24"/>
              </w:rPr>
              <w:t>anitet</w:t>
            </w:r>
            <w:proofErr w:type="spellEnd"/>
            <w:r w:rsidR="00A00FFB" w:rsidRPr="00343557">
              <w:rPr>
                <w:sz w:val="24"/>
                <w:szCs w:val="24"/>
              </w:rPr>
              <w:t>/</w:t>
            </w:r>
          </w:p>
          <w:p w14:paraId="06E92307" w14:textId="4B273212" w:rsidR="002F4B33" w:rsidRPr="00343557" w:rsidRDefault="0033774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F</w:t>
            </w:r>
            <w:r w:rsidR="00A00FFB" w:rsidRPr="00343557">
              <w:rPr>
                <w:sz w:val="24"/>
                <w:szCs w:val="24"/>
              </w:rPr>
              <w:t>rivillige</w:t>
            </w:r>
            <w:proofErr w:type="spellEnd"/>
            <w:r>
              <w:rPr>
                <w:sz w:val="24"/>
                <w:szCs w:val="24"/>
              </w:rPr>
              <w:t>/DL</w:t>
            </w:r>
          </w:p>
        </w:tc>
        <w:tc>
          <w:tcPr>
            <w:tcW w:w="709" w:type="dxa"/>
          </w:tcPr>
          <w:p w14:paraId="38F1699B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206D43A4" w14:textId="52B519DF" w:rsidR="002F4B33" w:rsidRPr="00343557" w:rsidRDefault="00A00FFB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Evt</w:t>
            </w:r>
            <w:proofErr w:type="spellEnd"/>
            <w:r w:rsidRPr="00343557">
              <w:rPr>
                <w:sz w:val="24"/>
                <w:szCs w:val="24"/>
              </w:rPr>
              <w:t xml:space="preserve">. </w:t>
            </w:r>
            <w:proofErr w:type="spellStart"/>
            <w:r w:rsidRPr="00343557">
              <w:rPr>
                <w:sz w:val="24"/>
                <w:szCs w:val="24"/>
              </w:rPr>
              <w:t>Avtale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leksehjelp</w:t>
            </w:r>
            <w:proofErr w:type="spellEnd"/>
          </w:p>
        </w:tc>
      </w:tr>
      <w:tr w:rsidR="002E0A93" w:rsidRPr="00343557" w14:paraId="378A2B1D" w14:textId="77777777" w:rsidTr="00A5750B">
        <w:tc>
          <w:tcPr>
            <w:tcW w:w="2120" w:type="dxa"/>
          </w:tcPr>
          <w:p w14:paraId="1EA36268" w14:textId="7C25D6C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Natteravn</w:t>
            </w:r>
            <w:proofErr w:type="spellEnd"/>
            <w:r w:rsidR="00817DFE" w:rsidRPr="00343557">
              <w:rPr>
                <w:sz w:val="24"/>
                <w:szCs w:val="24"/>
              </w:rPr>
              <w:t xml:space="preserve"> I Brua </w:t>
            </w:r>
            <w:proofErr w:type="spellStart"/>
            <w:r w:rsidR="00817DFE" w:rsidRPr="00343557">
              <w:rPr>
                <w:sz w:val="24"/>
                <w:szCs w:val="24"/>
              </w:rPr>
              <w:t>og</w:t>
            </w:r>
            <w:proofErr w:type="spellEnd"/>
            <w:r w:rsidR="00817DFE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817DFE" w:rsidRPr="00343557">
              <w:rPr>
                <w:sz w:val="24"/>
                <w:szCs w:val="24"/>
              </w:rPr>
              <w:t>Vassenden</w:t>
            </w:r>
            <w:proofErr w:type="spellEnd"/>
          </w:p>
        </w:tc>
        <w:tc>
          <w:tcPr>
            <w:tcW w:w="923" w:type="dxa"/>
          </w:tcPr>
          <w:p w14:paraId="7D02E5BA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73340861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Helg</w:t>
            </w:r>
            <w:proofErr w:type="spellEnd"/>
            <w:r w:rsidRPr="00343557">
              <w:rPr>
                <w:sz w:val="24"/>
                <w:szCs w:val="24"/>
              </w:rPr>
              <w:t xml:space="preserve"> (</w:t>
            </w:r>
            <w:proofErr w:type="spellStart"/>
            <w:r w:rsidRPr="00343557">
              <w:rPr>
                <w:sz w:val="24"/>
                <w:szCs w:val="24"/>
              </w:rPr>
              <w:t>behov</w:t>
            </w:r>
            <w:proofErr w:type="spellEnd"/>
            <w:r w:rsidRPr="00343557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14:paraId="2E325C2A" w14:textId="786E9995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5D067286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5B647284" w14:textId="32443F50" w:rsidR="002F4B33" w:rsidRPr="00343557" w:rsidRDefault="00A00FFB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I </w:t>
            </w:r>
            <w:proofErr w:type="spellStart"/>
            <w:r w:rsidRPr="00343557">
              <w:rPr>
                <w:sz w:val="24"/>
                <w:szCs w:val="24"/>
              </w:rPr>
              <w:t>forbindelse</w:t>
            </w:r>
            <w:proofErr w:type="spellEnd"/>
            <w:r w:rsidRPr="00343557">
              <w:rPr>
                <w:sz w:val="24"/>
                <w:szCs w:val="24"/>
              </w:rPr>
              <w:t xml:space="preserve"> med </w:t>
            </w:r>
            <w:proofErr w:type="spellStart"/>
            <w:r w:rsidRPr="00343557">
              <w:rPr>
                <w:sz w:val="24"/>
                <w:szCs w:val="24"/>
              </w:rPr>
              <w:t>meldt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behov</w:t>
            </w:r>
            <w:proofErr w:type="spellEnd"/>
            <w:r w:rsidRPr="00343557">
              <w:rPr>
                <w:sz w:val="24"/>
                <w:szCs w:val="24"/>
              </w:rPr>
              <w:t>/arr.</w:t>
            </w:r>
          </w:p>
        </w:tc>
      </w:tr>
      <w:tr w:rsidR="002E0A93" w:rsidRPr="00343557" w14:paraId="79FF23FD" w14:textId="77777777" w:rsidTr="00A5750B">
        <w:tc>
          <w:tcPr>
            <w:tcW w:w="2120" w:type="dxa"/>
          </w:tcPr>
          <w:p w14:paraId="4AA4C65C" w14:textId="79CA229E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Flerkulturell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jule</w:t>
            </w:r>
            <w:r w:rsidR="002E0A93" w:rsidRPr="00343557">
              <w:rPr>
                <w:sz w:val="24"/>
                <w:szCs w:val="24"/>
              </w:rPr>
              <w:t>kos</w:t>
            </w:r>
            <w:proofErr w:type="spellEnd"/>
          </w:p>
        </w:tc>
        <w:tc>
          <w:tcPr>
            <w:tcW w:w="923" w:type="dxa"/>
          </w:tcPr>
          <w:p w14:paraId="2E5A948F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T</w:t>
            </w:r>
          </w:p>
        </w:tc>
        <w:tc>
          <w:tcPr>
            <w:tcW w:w="1488" w:type="dxa"/>
          </w:tcPr>
          <w:p w14:paraId="64020352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Desember</w:t>
            </w:r>
            <w:proofErr w:type="spellEnd"/>
          </w:p>
        </w:tc>
        <w:tc>
          <w:tcPr>
            <w:tcW w:w="1701" w:type="dxa"/>
          </w:tcPr>
          <w:p w14:paraId="56193DD9" w14:textId="77777777" w:rsidR="002F4B33" w:rsidRDefault="002E0A93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Medarbeidere</w:t>
            </w:r>
            <w:proofErr w:type="spellEnd"/>
            <w:r w:rsidR="00817DFE" w:rsidRPr="00343557">
              <w:rPr>
                <w:sz w:val="24"/>
                <w:szCs w:val="24"/>
              </w:rPr>
              <w:t xml:space="preserve"> – </w:t>
            </w:r>
            <w:proofErr w:type="spellStart"/>
            <w:r w:rsidR="00817DFE" w:rsidRPr="00343557">
              <w:rPr>
                <w:sz w:val="24"/>
                <w:szCs w:val="24"/>
              </w:rPr>
              <w:t>språkkafe</w:t>
            </w:r>
            <w:proofErr w:type="spellEnd"/>
          </w:p>
          <w:p w14:paraId="3C4644AB" w14:textId="1F38AAAE" w:rsidR="00343557" w:rsidRPr="00343557" w:rsidRDefault="00343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Brandbu </w:t>
            </w:r>
            <w:proofErr w:type="spellStart"/>
            <w:r>
              <w:rPr>
                <w:sz w:val="24"/>
                <w:szCs w:val="24"/>
              </w:rPr>
              <w:t>sanitet</w:t>
            </w:r>
            <w:proofErr w:type="spellEnd"/>
          </w:p>
        </w:tc>
        <w:tc>
          <w:tcPr>
            <w:tcW w:w="709" w:type="dxa"/>
          </w:tcPr>
          <w:p w14:paraId="6EC532D4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1E3BDFA3" w14:textId="60BBAD3D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For </w:t>
            </w:r>
            <w:proofErr w:type="spellStart"/>
            <w:r w:rsidRPr="00343557">
              <w:rPr>
                <w:sz w:val="24"/>
                <w:szCs w:val="24"/>
              </w:rPr>
              <w:t>innvandrere</w:t>
            </w:r>
            <w:proofErr w:type="spellEnd"/>
            <w:r w:rsidR="002E0A93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2E0A93" w:rsidRPr="00343557">
              <w:rPr>
                <w:sz w:val="24"/>
                <w:szCs w:val="24"/>
              </w:rPr>
              <w:t>oa</w:t>
            </w:r>
            <w:proofErr w:type="spellEnd"/>
            <w:r w:rsidR="002E0A93" w:rsidRPr="00343557">
              <w:rPr>
                <w:sz w:val="24"/>
                <w:szCs w:val="24"/>
              </w:rPr>
              <w:t>.</w:t>
            </w:r>
          </w:p>
        </w:tc>
      </w:tr>
      <w:tr w:rsidR="002E0A93" w:rsidRPr="00343557" w14:paraId="066CF36F" w14:textId="77777777" w:rsidTr="00A5750B">
        <w:tc>
          <w:tcPr>
            <w:tcW w:w="2120" w:type="dxa"/>
          </w:tcPr>
          <w:p w14:paraId="4C148E74" w14:textId="4E86E9EE" w:rsidR="002F4B33" w:rsidRPr="00343557" w:rsidRDefault="002E0A93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Flerkulturell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Sommerfest</w:t>
            </w:r>
            <w:proofErr w:type="spellEnd"/>
          </w:p>
        </w:tc>
        <w:tc>
          <w:tcPr>
            <w:tcW w:w="923" w:type="dxa"/>
          </w:tcPr>
          <w:p w14:paraId="4BA9E78F" w14:textId="680D8C81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</w:t>
            </w:r>
          </w:p>
        </w:tc>
        <w:tc>
          <w:tcPr>
            <w:tcW w:w="1488" w:type="dxa"/>
          </w:tcPr>
          <w:p w14:paraId="5025369C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Juni</w:t>
            </w:r>
          </w:p>
        </w:tc>
        <w:tc>
          <w:tcPr>
            <w:tcW w:w="1701" w:type="dxa"/>
          </w:tcPr>
          <w:p w14:paraId="3EACDA76" w14:textId="12251FBC" w:rsidR="002F4B33" w:rsidRPr="00343557" w:rsidRDefault="002E0A93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817DFE" w:rsidRPr="00343557">
              <w:rPr>
                <w:sz w:val="24"/>
                <w:szCs w:val="24"/>
              </w:rPr>
              <w:t>e</w:t>
            </w:r>
            <w:proofErr w:type="spellEnd"/>
            <w:r w:rsidR="00817DFE" w:rsidRPr="00343557">
              <w:rPr>
                <w:sz w:val="24"/>
                <w:szCs w:val="24"/>
              </w:rPr>
              <w:t xml:space="preserve">/ </w:t>
            </w:r>
            <w:proofErr w:type="spellStart"/>
            <w:r w:rsidR="00817DFE" w:rsidRPr="00343557">
              <w:rPr>
                <w:sz w:val="24"/>
                <w:szCs w:val="24"/>
              </w:rPr>
              <w:t>språkkafe</w:t>
            </w:r>
            <w:proofErr w:type="spellEnd"/>
          </w:p>
        </w:tc>
        <w:tc>
          <w:tcPr>
            <w:tcW w:w="709" w:type="dxa"/>
          </w:tcPr>
          <w:p w14:paraId="0845A7E7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734703E2" w14:textId="669210D8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For </w:t>
            </w:r>
            <w:proofErr w:type="spellStart"/>
            <w:r w:rsidR="002E0A93" w:rsidRPr="00343557">
              <w:rPr>
                <w:sz w:val="24"/>
                <w:szCs w:val="24"/>
              </w:rPr>
              <w:t>innvandrere</w:t>
            </w:r>
            <w:proofErr w:type="spellEnd"/>
            <w:r w:rsidR="002E0A93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2E0A93" w:rsidRPr="00343557">
              <w:rPr>
                <w:sz w:val="24"/>
                <w:szCs w:val="24"/>
              </w:rPr>
              <w:t>oa</w:t>
            </w:r>
            <w:proofErr w:type="spellEnd"/>
            <w:r w:rsidR="002E0A93" w:rsidRPr="00343557">
              <w:rPr>
                <w:sz w:val="24"/>
                <w:szCs w:val="24"/>
              </w:rPr>
              <w:t>.</w:t>
            </w:r>
          </w:p>
        </w:tc>
      </w:tr>
      <w:tr w:rsidR="002E0A93" w:rsidRPr="00343557" w14:paraId="4734FC09" w14:textId="77777777" w:rsidTr="00A5750B">
        <w:tc>
          <w:tcPr>
            <w:tcW w:w="2120" w:type="dxa"/>
          </w:tcPr>
          <w:p w14:paraId="07058296" w14:textId="0164D9E6" w:rsidR="00337745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Ønsketreet</w:t>
            </w:r>
            <w:proofErr w:type="spellEnd"/>
            <w:r w:rsidR="00337745">
              <w:rPr>
                <w:sz w:val="24"/>
                <w:szCs w:val="24"/>
              </w:rPr>
              <w:t xml:space="preserve"> </w:t>
            </w:r>
            <w:proofErr w:type="spellStart"/>
            <w:r w:rsidR="00337745">
              <w:rPr>
                <w:sz w:val="24"/>
                <w:szCs w:val="24"/>
              </w:rPr>
              <w:t>og</w:t>
            </w:r>
            <w:proofErr w:type="spellEnd"/>
          </w:p>
          <w:p w14:paraId="1CC3A665" w14:textId="7C84A045" w:rsidR="002F4B33" w:rsidRPr="00343557" w:rsidRDefault="003377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God Jul </w:t>
            </w:r>
            <w:proofErr w:type="spellStart"/>
            <w:r>
              <w:rPr>
                <w:sz w:val="24"/>
                <w:szCs w:val="24"/>
              </w:rPr>
              <w:t>lillevenn</w:t>
            </w:r>
            <w:proofErr w:type="spellEnd"/>
          </w:p>
        </w:tc>
        <w:tc>
          <w:tcPr>
            <w:tcW w:w="923" w:type="dxa"/>
          </w:tcPr>
          <w:p w14:paraId="18D32598" w14:textId="3EBC70AC" w:rsidR="002F4B33" w:rsidRPr="00343557" w:rsidRDefault="00185367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7755F4D5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Desember</w:t>
            </w:r>
            <w:proofErr w:type="spellEnd"/>
          </w:p>
        </w:tc>
        <w:tc>
          <w:tcPr>
            <w:tcW w:w="1701" w:type="dxa"/>
          </w:tcPr>
          <w:p w14:paraId="13DA88D1" w14:textId="41BF669F" w:rsidR="002E0A93" w:rsidRPr="00343557" w:rsidRDefault="002E0A93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proofErr w:type="spellEnd"/>
            <w:r w:rsidRPr="00343557">
              <w:rPr>
                <w:sz w:val="24"/>
                <w:szCs w:val="24"/>
              </w:rPr>
              <w:t>/</w:t>
            </w:r>
          </w:p>
          <w:p w14:paraId="379E8D8F" w14:textId="49166DF1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Røde</w:t>
            </w:r>
            <w:proofErr w:type="spellEnd"/>
            <w:r w:rsidRPr="00343557">
              <w:rPr>
                <w:sz w:val="24"/>
                <w:szCs w:val="24"/>
              </w:rPr>
              <w:t xml:space="preserve"> Kors</w:t>
            </w:r>
            <w:r w:rsidR="00337745">
              <w:rPr>
                <w:sz w:val="24"/>
                <w:szCs w:val="24"/>
              </w:rPr>
              <w:t xml:space="preserve"> </w:t>
            </w:r>
            <w:proofErr w:type="spellStart"/>
            <w:r w:rsidR="00337745">
              <w:rPr>
                <w:sz w:val="24"/>
                <w:szCs w:val="24"/>
              </w:rPr>
              <w:t>eller</w:t>
            </w:r>
            <w:proofErr w:type="spellEnd"/>
            <w:r w:rsidR="00337745">
              <w:rPr>
                <w:sz w:val="24"/>
                <w:szCs w:val="24"/>
              </w:rPr>
              <w:t xml:space="preserve"> </w:t>
            </w:r>
            <w:proofErr w:type="spellStart"/>
            <w:r w:rsidR="00337745">
              <w:rPr>
                <w:sz w:val="24"/>
                <w:szCs w:val="24"/>
              </w:rPr>
              <w:t>privatperson</w:t>
            </w:r>
            <w:proofErr w:type="spellEnd"/>
          </w:p>
        </w:tc>
        <w:tc>
          <w:tcPr>
            <w:tcW w:w="709" w:type="dxa"/>
          </w:tcPr>
          <w:p w14:paraId="58A97C4B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79121ED0" w14:textId="52E7D9B6" w:rsidR="002F4B33" w:rsidRPr="00343557" w:rsidRDefault="00A00FFB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Innsamling</w:t>
            </w:r>
            <w:proofErr w:type="spellEnd"/>
            <w:r w:rsidRPr="00343557">
              <w:rPr>
                <w:sz w:val="24"/>
                <w:szCs w:val="24"/>
              </w:rPr>
              <w:t xml:space="preserve"> av </w:t>
            </w:r>
            <w:proofErr w:type="spellStart"/>
            <w:r w:rsidRPr="00343557">
              <w:rPr>
                <w:sz w:val="24"/>
                <w:szCs w:val="24"/>
              </w:rPr>
              <w:t>gaver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til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2E0A93" w:rsidRPr="00343557">
              <w:rPr>
                <w:sz w:val="24"/>
                <w:szCs w:val="24"/>
              </w:rPr>
              <w:t>ressursvake</w:t>
            </w:r>
            <w:proofErr w:type="spellEnd"/>
            <w:r w:rsidR="002E0A93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2E0A93" w:rsidRPr="00343557">
              <w:rPr>
                <w:sz w:val="24"/>
                <w:szCs w:val="24"/>
              </w:rPr>
              <w:t>familier</w:t>
            </w:r>
            <w:proofErr w:type="spellEnd"/>
            <w:r w:rsidR="002E0A93" w:rsidRPr="00343557">
              <w:rPr>
                <w:sz w:val="24"/>
                <w:szCs w:val="24"/>
              </w:rPr>
              <w:t>/</w:t>
            </w:r>
            <w:r w:rsidRPr="00343557">
              <w:rPr>
                <w:sz w:val="24"/>
                <w:szCs w:val="24"/>
              </w:rPr>
              <w:t>barn</w:t>
            </w:r>
          </w:p>
        </w:tc>
      </w:tr>
      <w:tr w:rsidR="002E0A93" w:rsidRPr="00343557" w14:paraId="4B18FAF0" w14:textId="77777777" w:rsidTr="00A5750B">
        <w:tc>
          <w:tcPr>
            <w:tcW w:w="2120" w:type="dxa"/>
          </w:tcPr>
          <w:p w14:paraId="56B5C374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Frivilligfest</w:t>
            </w:r>
            <w:proofErr w:type="spellEnd"/>
          </w:p>
        </w:tc>
        <w:tc>
          <w:tcPr>
            <w:tcW w:w="923" w:type="dxa"/>
          </w:tcPr>
          <w:p w14:paraId="16181F58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265B75BD" w14:textId="77777777" w:rsidR="00343557" w:rsidRDefault="00343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Oktober/</w:t>
            </w:r>
          </w:p>
          <w:p w14:paraId="36774384" w14:textId="01F56E63" w:rsidR="002F4B33" w:rsidRPr="00343557" w:rsidRDefault="0034355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Novemeber</w:t>
            </w:r>
            <w:proofErr w:type="spellEnd"/>
          </w:p>
        </w:tc>
        <w:tc>
          <w:tcPr>
            <w:tcW w:w="1701" w:type="dxa"/>
          </w:tcPr>
          <w:p w14:paraId="6F4BB390" w14:textId="77777777" w:rsidR="00CA3A7D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Styret</w:t>
            </w:r>
            <w:proofErr w:type="spellEnd"/>
            <w:r w:rsidR="002E0A93" w:rsidRPr="00343557">
              <w:rPr>
                <w:sz w:val="24"/>
                <w:szCs w:val="24"/>
              </w:rPr>
              <w:t>/</w:t>
            </w:r>
          </w:p>
          <w:p w14:paraId="186602E9" w14:textId="01A69917" w:rsidR="002F4B33" w:rsidRPr="00343557" w:rsidRDefault="002E0A93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</w:t>
            </w:r>
            <w:r w:rsidR="00CA3A7D" w:rsidRPr="00343557">
              <w:rPr>
                <w:sz w:val="24"/>
                <w:szCs w:val="24"/>
              </w:rPr>
              <w:t>e</w:t>
            </w:r>
            <w:r w:rsidRPr="00343557">
              <w:rPr>
                <w:sz w:val="24"/>
                <w:szCs w:val="24"/>
              </w:rPr>
              <w:t>darbeidere</w:t>
            </w:r>
            <w:proofErr w:type="spellEnd"/>
          </w:p>
        </w:tc>
        <w:tc>
          <w:tcPr>
            <w:tcW w:w="709" w:type="dxa"/>
          </w:tcPr>
          <w:p w14:paraId="1C8A63F6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Nei</w:t>
            </w:r>
          </w:p>
        </w:tc>
        <w:tc>
          <w:tcPr>
            <w:tcW w:w="1915" w:type="dxa"/>
          </w:tcPr>
          <w:p w14:paraId="04299A81" w14:textId="1C1EF422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Årlig</w:t>
            </w:r>
            <w:proofErr w:type="spellEnd"/>
            <w:r w:rsidRPr="00343557">
              <w:rPr>
                <w:sz w:val="24"/>
                <w:szCs w:val="24"/>
              </w:rPr>
              <w:t xml:space="preserve"> fest</w:t>
            </w:r>
            <w:r w:rsidR="00CA3A7D" w:rsidRPr="00343557">
              <w:rPr>
                <w:sz w:val="24"/>
                <w:szCs w:val="24"/>
              </w:rPr>
              <w:t xml:space="preserve"> for </w:t>
            </w:r>
            <w:r w:rsidR="00337745">
              <w:rPr>
                <w:sz w:val="24"/>
                <w:szCs w:val="24"/>
              </w:rPr>
              <w:t xml:space="preserve">ca. 100 </w:t>
            </w:r>
            <w:proofErr w:type="spellStart"/>
            <w:r w:rsidR="00337745">
              <w:rPr>
                <w:sz w:val="24"/>
                <w:szCs w:val="24"/>
              </w:rPr>
              <w:t>frivillige</w:t>
            </w:r>
            <w:proofErr w:type="spellEnd"/>
          </w:p>
        </w:tc>
      </w:tr>
      <w:tr w:rsidR="002E0A93" w:rsidRPr="00343557" w14:paraId="2B3AF6EE" w14:textId="77777777" w:rsidTr="00A5750B">
        <w:tc>
          <w:tcPr>
            <w:tcW w:w="2120" w:type="dxa"/>
          </w:tcPr>
          <w:p w14:paraId="185FAC3F" w14:textId="6AB02E1D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lastRenderedPageBreak/>
              <w:t>Årsmøte</w:t>
            </w:r>
            <w:proofErr w:type="spellEnd"/>
            <w:r w:rsidR="00817DFE" w:rsidRPr="00343557">
              <w:rPr>
                <w:sz w:val="24"/>
                <w:szCs w:val="24"/>
              </w:rPr>
              <w:t xml:space="preserve"> SGFS</w:t>
            </w:r>
          </w:p>
        </w:tc>
        <w:tc>
          <w:tcPr>
            <w:tcW w:w="923" w:type="dxa"/>
          </w:tcPr>
          <w:p w14:paraId="295FA54F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555598EC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April</w:t>
            </w:r>
          </w:p>
        </w:tc>
        <w:tc>
          <w:tcPr>
            <w:tcW w:w="1701" w:type="dxa"/>
          </w:tcPr>
          <w:p w14:paraId="66766B54" w14:textId="47832D98" w:rsidR="00CA3A7D" w:rsidRPr="00343557" w:rsidRDefault="00185367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DL/</w:t>
            </w:r>
            <w:proofErr w:type="spellStart"/>
            <w:r w:rsidRPr="00343557">
              <w:rPr>
                <w:sz w:val="24"/>
                <w:szCs w:val="24"/>
              </w:rPr>
              <w:t>Styret</w:t>
            </w:r>
            <w:proofErr w:type="spellEnd"/>
            <w:r w:rsidR="002E0A93" w:rsidRPr="00343557">
              <w:rPr>
                <w:sz w:val="24"/>
                <w:szCs w:val="24"/>
              </w:rPr>
              <w:t>/</w:t>
            </w:r>
          </w:p>
          <w:p w14:paraId="4FD86BAD" w14:textId="0E78EC46" w:rsidR="002F4B33" w:rsidRPr="00343557" w:rsidRDefault="002E0A93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185367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3CA7B2CD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Nei</w:t>
            </w:r>
          </w:p>
        </w:tc>
        <w:tc>
          <w:tcPr>
            <w:tcW w:w="1915" w:type="dxa"/>
          </w:tcPr>
          <w:p w14:paraId="08832BFB" w14:textId="6F1244BE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Valgkomité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817DFE" w:rsidRPr="00343557">
              <w:rPr>
                <w:sz w:val="24"/>
                <w:szCs w:val="24"/>
              </w:rPr>
              <w:t>oppstart</w:t>
            </w:r>
            <w:proofErr w:type="spellEnd"/>
            <w:r w:rsidR="00817DFE"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i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januar</w:t>
            </w:r>
            <w:proofErr w:type="spellEnd"/>
          </w:p>
        </w:tc>
      </w:tr>
      <w:tr w:rsidR="002E0A93" w:rsidRPr="00343557" w14:paraId="6C2B82CF" w14:textId="77777777" w:rsidTr="00A5750B">
        <w:tc>
          <w:tcPr>
            <w:tcW w:w="2120" w:type="dxa"/>
          </w:tcPr>
          <w:p w14:paraId="101FCB86" w14:textId="5221318C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Elvelangs</w:t>
            </w:r>
            <w:proofErr w:type="spellEnd"/>
            <w:r w:rsidR="00CA3A7D" w:rsidRPr="00343557">
              <w:rPr>
                <w:sz w:val="24"/>
                <w:szCs w:val="24"/>
              </w:rPr>
              <w:t xml:space="preserve"> VIGGA</w:t>
            </w:r>
          </w:p>
        </w:tc>
        <w:tc>
          <w:tcPr>
            <w:tcW w:w="923" w:type="dxa"/>
          </w:tcPr>
          <w:p w14:paraId="2ECF9CF6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T</w:t>
            </w:r>
          </w:p>
        </w:tc>
        <w:tc>
          <w:tcPr>
            <w:tcW w:w="1488" w:type="dxa"/>
          </w:tcPr>
          <w:p w14:paraId="6DC55591" w14:textId="07065EAC" w:rsidR="002F4B33" w:rsidRPr="00343557" w:rsidRDefault="00A00FFB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Torsdag</w:t>
            </w:r>
            <w:proofErr w:type="spellEnd"/>
            <w:r w:rsidRPr="00343557">
              <w:rPr>
                <w:sz w:val="24"/>
                <w:szCs w:val="24"/>
              </w:rPr>
              <w:t xml:space="preserve"> I September (</w:t>
            </w:r>
            <w:proofErr w:type="spellStart"/>
            <w:r w:rsidRPr="00343557">
              <w:rPr>
                <w:sz w:val="24"/>
                <w:szCs w:val="24"/>
              </w:rPr>
              <w:t>ifbm</w:t>
            </w:r>
            <w:proofErr w:type="spellEnd"/>
            <w:r w:rsidRPr="00343557">
              <w:rPr>
                <w:sz w:val="24"/>
                <w:szCs w:val="24"/>
              </w:rPr>
              <w:t xml:space="preserve">. </w:t>
            </w:r>
            <w:proofErr w:type="spellStart"/>
            <w:r w:rsidRPr="00343557">
              <w:rPr>
                <w:sz w:val="24"/>
                <w:szCs w:val="24"/>
              </w:rPr>
              <w:t>Høstjevndøgn</w:t>
            </w:r>
            <w:proofErr w:type="spellEnd"/>
            <w:r w:rsidRPr="00343557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14:paraId="46709177" w14:textId="03D948EE" w:rsidR="002F4B33" w:rsidRPr="00343557" w:rsidRDefault="00A00FFB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proofErr w:type="spellEnd"/>
            <w:r w:rsidRPr="00343557">
              <w:rPr>
                <w:sz w:val="24"/>
                <w:szCs w:val="24"/>
              </w:rPr>
              <w:t>/</w:t>
            </w:r>
            <w:r w:rsidR="00337745">
              <w:rPr>
                <w:sz w:val="24"/>
                <w:szCs w:val="24"/>
              </w:rPr>
              <w:t xml:space="preserve">B. </w:t>
            </w:r>
            <w:proofErr w:type="spellStart"/>
            <w:r w:rsidRPr="00343557">
              <w:rPr>
                <w:sz w:val="24"/>
                <w:szCs w:val="24"/>
              </w:rPr>
              <w:t>Bygdekvinner</w:t>
            </w:r>
            <w:proofErr w:type="spellEnd"/>
            <w:r w:rsidRPr="00343557">
              <w:rPr>
                <w:sz w:val="24"/>
                <w:szCs w:val="24"/>
              </w:rPr>
              <w:t>,</w:t>
            </w:r>
            <w:r w:rsidR="00337745">
              <w:rPr>
                <w:sz w:val="24"/>
                <w:szCs w:val="24"/>
              </w:rPr>
              <w:t xml:space="preserve"> </w:t>
            </w:r>
            <w:r w:rsidRPr="00343557">
              <w:rPr>
                <w:sz w:val="24"/>
                <w:szCs w:val="24"/>
              </w:rPr>
              <w:t xml:space="preserve">Rotary, Landsbyen </w:t>
            </w:r>
            <w:r w:rsidR="00337745">
              <w:rPr>
                <w:sz w:val="24"/>
                <w:szCs w:val="24"/>
              </w:rPr>
              <w:t>B</w:t>
            </w:r>
            <w:r w:rsidRPr="00343557">
              <w:rPr>
                <w:sz w:val="24"/>
                <w:szCs w:val="24"/>
              </w:rPr>
              <w:t xml:space="preserve">r. </w:t>
            </w:r>
            <w:proofErr w:type="spellStart"/>
            <w:r w:rsidRPr="00343557">
              <w:rPr>
                <w:sz w:val="24"/>
                <w:szCs w:val="24"/>
              </w:rPr>
              <w:t>Hadeland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seniorforum</w:t>
            </w:r>
            <w:proofErr w:type="spellEnd"/>
          </w:p>
        </w:tc>
        <w:tc>
          <w:tcPr>
            <w:tcW w:w="709" w:type="dxa"/>
          </w:tcPr>
          <w:p w14:paraId="67894A62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18F78EBC" w14:textId="3D7005B0" w:rsidR="002F4B33" w:rsidRPr="00343557" w:rsidRDefault="00A00FFB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Begynner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planlegging</w:t>
            </w:r>
            <w:proofErr w:type="spellEnd"/>
            <w:r w:rsidRPr="00343557">
              <w:rPr>
                <w:sz w:val="24"/>
                <w:szCs w:val="24"/>
              </w:rPr>
              <w:t xml:space="preserve"> primo </w:t>
            </w:r>
            <w:proofErr w:type="spellStart"/>
            <w:r w:rsidRPr="00343557">
              <w:rPr>
                <w:sz w:val="24"/>
                <w:szCs w:val="24"/>
              </w:rPr>
              <w:t>mai</w:t>
            </w:r>
            <w:proofErr w:type="spellEnd"/>
            <w:r w:rsidRPr="00343557">
              <w:rPr>
                <w:sz w:val="24"/>
                <w:szCs w:val="24"/>
              </w:rPr>
              <w:t xml:space="preserve">. </w:t>
            </w:r>
            <w:proofErr w:type="spellStart"/>
            <w:r w:rsidRPr="00343557">
              <w:rPr>
                <w:sz w:val="24"/>
                <w:szCs w:val="24"/>
              </w:rPr>
              <w:t>Invitere</w:t>
            </w:r>
            <w:proofErr w:type="spellEnd"/>
            <w:r w:rsidRPr="00343557">
              <w:rPr>
                <w:sz w:val="24"/>
                <w:szCs w:val="24"/>
              </w:rPr>
              <w:t xml:space="preserve"> lag/</w:t>
            </w:r>
            <w:proofErr w:type="spellStart"/>
            <w:r w:rsidRPr="00343557">
              <w:rPr>
                <w:sz w:val="24"/>
                <w:szCs w:val="24"/>
              </w:rPr>
              <w:t>foreninger</w:t>
            </w:r>
            <w:proofErr w:type="spellEnd"/>
          </w:p>
        </w:tc>
      </w:tr>
      <w:tr w:rsidR="002E0A93" w:rsidRPr="00343557" w14:paraId="2EC6E329" w14:textId="77777777" w:rsidTr="00A5750B">
        <w:tc>
          <w:tcPr>
            <w:tcW w:w="2120" w:type="dxa"/>
          </w:tcPr>
          <w:p w14:paraId="5C462819" w14:textId="54D34233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Beredskapsråd</w:t>
            </w:r>
            <w:r w:rsidR="00CA3A7D" w:rsidRPr="00343557">
              <w:rPr>
                <w:sz w:val="24"/>
                <w:szCs w:val="24"/>
              </w:rPr>
              <w:t>et</w:t>
            </w:r>
            <w:proofErr w:type="spellEnd"/>
            <w:r w:rsidR="00CA3A7D" w:rsidRPr="00343557">
              <w:rPr>
                <w:sz w:val="24"/>
                <w:szCs w:val="24"/>
              </w:rPr>
              <w:t xml:space="preserve"> for Gran </w:t>
            </w:r>
            <w:proofErr w:type="spellStart"/>
            <w:r w:rsidR="00CA3A7D" w:rsidRPr="00343557">
              <w:rPr>
                <w:sz w:val="24"/>
                <w:szCs w:val="24"/>
              </w:rPr>
              <w:t>og</w:t>
            </w:r>
            <w:proofErr w:type="spellEnd"/>
            <w:r w:rsidR="00CA3A7D" w:rsidRPr="00343557">
              <w:rPr>
                <w:sz w:val="24"/>
                <w:szCs w:val="24"/>
              </w:rPr>
              <w:t xml:space="preserve"> Lunner</w:t>
            </w:r>
          </w:p>
        </w:tc>
        <w:tc>
          <w:tcPr>
            <w:tcW w:w="923" w:type="dxa"/>
          </w:tcPr>
          <w:p w14:paraId="0A7D2C50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7F19BBBF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Ved </w:t>
            </w:r>
            <w:proofErr w:type="spellStart"/>
            <w:r w:rsidRPr="00343557">
              <w:rPr>
                <w:sz w:val="24"/>
                <w:szCs w:val="24"/>
              </w:rPr>
              <w:t>behov</w:t>
            </w:r>
            <w:proofErr w:type="spellEnd"/>
          </w:p>
        </w:tc>
        <w:tc>
          <w:tcPr>
            <w:tcW w:w="1701" w:type="dxa"/>
          </w:tcPr>
          <w:p w14:paraId="1944818E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DL</w:t>
            </w:r>
          </w:p>
        </w:tc>
        <w:tc>
          <w:tcPr>
            <w:tcW w:w="709" w:type="dxa"/>
          </w:tcPr>
          <w:p w14:paraId="742ADF1A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Nei</w:t>
            </w:r>
          </w:p>
        </w:tc>
        <w:tc>
          <w:tcPr>
            <w:tcW w:w="1915" w:type="dxa"/>
          </w:tcPr>
          <w:p w14:paraId="2BBDE354" w14:textId="28DE5E84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Kriseberedskap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337745">
              <w:rPr>
                <w:sz w:val="24"/>
                <w:szCs w:val="24"/>
              </w:rPr>
              <w:t>i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</w:t>
            </w:r>
            <w:r w:rsidR="00337745">
              <w:rPr>
                <w:sz w:val="24"/>
                <w:szCs w:val="24"/>
              </w:rPr>
              <w:t xml:space="preserve">H </w:t>
            </w:r>
            <w:proofErr w:type="spellStart"/>
            <w:r w:rsidR="00A00FFB" w:rsidRPr="00343557">
              <w:rPr>
                <w:sz w:val="24"/>
                <w:szCs w:val="24"/>
              </w:rPr>
              <w:t>kommunene</w:t>
            </w:r>
            <w:proofErr w:type="spellEnd"/>
          </w:p>
        </w:tc>
      </w:tr>
      <w:tr w:rsidR="002E0A93" w:rsidRPr="00343557" w14:paraId="66B8692D" w14:textId="77777777" w:rsidTr="00A5750B">
        <w:tc>
          <w:tcPr>
            <w:tcW w:w="2120" w:type="dxa"/>
          </w:tcPr>
          <w:p w14:paraId="1F0566FA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TV-</w:t>
            </w:r>
            <w:proofErr w:type="spellStart"/>
            <w:r w:rsidRPr="00343557">
              <w:rPr>
                <w:sz w:val="24"/>
                <w:szCs w:val="24"/>
              </w:rPr>
              <w:t>aksjonen</w:t>
            </w:r>
            <w:proofErr w:type="spellEnd"/>
          </w:p>
        </w:tc>
        <w:tc>
          <w:tcPr>
            <w:tcW w:w="923" w:type="dxa"/>
          </w:tcPr>
          <w:p w14:paraId="2D4C3873" w14:textId="587D7923" w:rsidR="002F4B33" w:rsidRPr="00343557" w:rsidRDefault="002F4B33">
            <w:pPr>
              <w:rPr>
                <w:sz w:val="24"/>
                <w:szCs w:val="24"/>
              </w:rPr>
            </w:pPr>
          </w:p>
        </w:tc>
        <w:tc>
          <w:tcPr>
            <w:tcW w:w="1488" w:type="dxa"/>
          </w:tcPr>
          <w:p w14:paraId="601E4D05" w14:textId="7348E6CC" w:rsidR="002F4B33" w:rsidRPr="00343557" w:rsidRDefault="001C27C9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August - Oktober</w:t>
            </w:r>
          </w:p>
        </w:tc>
        <w:tc>
          <w:tcPr>
            <w:tcW w:w="1701" w:type="dxa"/>
          </w:tcPr>
          <w:p w14:paraId="057DB055" w14:textId="59A68241" w:rsidR="002F4B33" w:rsidRPr="00343557" w:rsidRDefault="002E0A93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DL/</w:t>
            </w:r>
            <w:proofErr w:type="spellStart"/>
            <w:r w:rsidRPr="00343557">
              <w:rPr>
                <w:sz w:val="24"/>
                <w:szCs w:val="24"/>
              </w:rPr>
              <w:t>Kommune</w:t>
            </w:r>
            <w:proofErr w:type="spellEnd"/>
            <w:r w:rsidRPr="00343557">
              <w:rPr>
                <w:sz w:val="24"/>
                <w:szCs w:val="24"/>
              </w:rPr>
              <w:t>-</w:t>
            </w:r>
            <w:r w:rsidR="008D5C44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komité</w:t>
            </w:r>
            <w:proofErr w:type="spellEnd"/>
          </w:p>
        </w:tc>
        <w:tc>
          <w:tcPr>
            <w:tcW w:w="709" w:type="dxa"/>
          </w:tcPr>
          <w:p w14:paraId="41E2557E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Ja</w:t>
            </w:r>
          </w:p>
        </w:tc>
        <w:tc>
          <w:tcPr>
            <w:tcW w:w="1915" w:type="dxa"/>
          </w:tcPr>
          <w:p w14:paraId="39BF3ECF" w14:textId="77777777" w:rsidR="00337745" w:rsidRDefault="001C27C9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Planlegging</w:t>
            </w:r>
            <w:proofErr w:type="spellEnd"/>
            <w:r w:rsidRPr="00343557">
              <w:rPr>
                <w:sz w:val="24"/>
                <w:szCs w:val="24"/>
              </w:rPr>
              <w:t xml:space="preserve">, </w:t>
            </w:r>
            <w:proofErr w:type="spellStart"/>
            <w:r w:rsidRPr="00343557">
              <w:rPr>
                <w:sz w:val="24"/>
                <w:szCs w:val="24"/>
              </w:rPr>
              <w:t>bestilling</w:t>
            </w:r>
            <w:proofErr w:type="spellEnd"/>
            <w:r w:rsidRPr="00343557">
              <w:rPr>
                <w:sz w:val="24"/>
                <w:szCs w:val="24"/>
              </w:rPr>
              <w:t>/</w:t>
            </w:r>
          </w:p>
          <w:p w14:paraId="47FA5750" w14:textId="77777777" w:rsidR="00337745" w:rsidRDefault="001C27C9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pakking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utdeling</w:t>
            </w:r>
            <w:proofErr w:type="spellEnd"/>
            <w:r w:rsidRPr="00343557">
              <w:rPr>
                <w:sz w:val="24"/>
                <w:szCs w:val="24"/>
              </w:rPr>
              <w:t>/</w:t>
            </w:r>
          </w:p>
          <w:p w14:paraId="22F6877C" w14:textId="78D96B67" w:rsidR="002F4B33" w:rsidRPr="00343557" w:rsidRDefault="001C27C9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opptelling</w:t>
            </w:r>
            <w:proofErr w:type="spellEnd"/>
          </w:p>
        </w:tc>
      </w:tr>
      <w:tr w:rsidR="002E0A93" w:rsidRPr="00343557" w14:paraId="21D3E861" w14:textId="77777777" w:rsidTr="00A5750B">
        <w:tc>
          <w:tcPr>
            <w:tcW w:w="2120" w:type="dxa"/>
          </w:tcPr>
          <w:p w14:paraId="034BFBB4" w14:textId="77777777" w:rsidR="00185367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Arbeidstrening</w:t>
            </w:r>
            <w:proofErr w:type="spellEnd"/>
            <w:r w:rsidR="002E0A93" w:rsidRPr="00343557">
              <w:rPr>
                <w:sz w:val="24"/>
                <w:szCs w:val="24"/>
              </w:rPr>
              <w:t>/</w:t>
            </w:r>
          </w:p>
          <w:p w14:paraId="4BA7C7FA" w14:textId="609D0815" w:rsidR="002F4B33" w:rsidRPr="00343557" w:rsidRDefault="002E0A93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soning</w:t>
            </w:r>
            <w:proofErr w:type="spellEnd"/>
          </w:p>
        </w:tc>
        <w:tc>
          <w:tcPr>
            <w:tcW w:w="923" w:type="dxa"/>
          </w:tcPr>
          <w:p w14:paraId="7EAF997C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31A017D1" w14:textId="6C8B31F5" w:rsidR="002F4B33" w:rsidRPr="00343557" w:rsidRDefault="001C27C9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fortløpende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iht</w:t>
            </w:r>
            <w:proofErr w:type="spellEnd"/>
            <w:r w:rsidRPr="00343557">
              <w:rPr>
                <w:sz w:val="24"/>
                <w:szCs w:val="24"/>
              </w:rPr>
              <w:t xml:space="preserve">. </w:t>
            </w:r>
            <w:proofErr w:type="spellStart"/>
            <w:r w:rsidRPr="00343557">
              <w:rPr>
                <w:sz w:val="24"/>
                <w:szCs w:val="24"/>
              </w:rPr>
              <w:t>henvendelser</w:t>
            </w:r>
            <w:proofErr w:type="spellEnd"/>
          </w:p>
        </w:tc>
        <w:tc>
          <w:tcPr>
            <w:tcW w:w="1701" w:type="dxa"/>
          </w:tcPr>
          <w:p w14:paraId="73C0BAF9" w14:textId="52294966" w:rsidR="002E0A93" w:rsidRPr="00343557" w:rsidRDefault="0033774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Medarbeidere</w:t>
            </w:r>
            <w:r w:rsidR="00F051E5" w:rsidRPr="00343557">
              <w:rPr>
                <w:sz w:val="24"/>
                <w:szCs w:val="24"/>
              </w:rPr>
              <w:t>NAV</w:t>
            </w:r>
            <w:proofErr w:type="spellEnd"/>
            <w:r w:rsidR="002E0A93" w:rsidRPr="00343557">
              <w:rPr>
                <w:sz w:val="24"/>
                <w:szCs w:val="24"/>
              </w:rPr>
              <w:t>/</w:t>
            </w:r>
          </w:p>
          <w:p w14:paraId="65BE8ACF" w14:textId="6D60B2D7" w:rsidR="002F4B33" w:rsidRPr="00343557" w:rsidRDefault="002E0A93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Kriminalom</w:t>
            </w:r>
            <w:r w:rsidR="00337745">
              <w:rPr>
                <w:sz w:val="24"/>
                <w:szCs w:val="24"/>
              </w:rPr>
              <w:t>s</w:t>
            </w:r>
            <w:proofErr w:type="spellEnd"/>
            <w:r w:rsidR="00337745">
              <w:rPr>
                <w:sz w:val="24"/>
                <w:szCs w:val="24"/>
              </w:rPr>
              <w:t>.</w:t>
            </w:r>
          </w:p>
        </w:tc>
        <w:tc>
          <w:tcPr>
            <w:tcW w:w="709" w:type="dxa"/>
          </w:tcPr>
          <w:p w14:paraId="59E017E4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Nei</w:t>
            </w:r>
          </w:p>
        </w:tc>
        <w:tc>
          <w:tcPr>
            <w:tcW w:w="1915" w:type="dxa"/>
          </w:tcPr>
          <w:p w14:paraId="050166DD" w14:textId="25F374B8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Arbeidsutprøving</w:t>
            </w:r>
            <w:proofErr w:type="spellEnd"/>
            <w:r w:rsidR="002E0A93" w:rsidRPr="00343557">
              <w:rPr>
                <w:sz w:val="24"/>
                <w:szCs w:val="24"/>
              </w:rPr>
              <w:t>/</w:t>
            </w:r>
            <w:proofErr w:type="spellStart"/>
            <w:r w:rsidR="002E0A93" w:rsidRPr="00343557">
              <w:rPr>
                <w:sz w:val="24"/>
                <w:szCs w:val="24"/>
              </w:rPr>
              <w:t>soning</w:t>
            </w:r>
            <w:proofErr w:type="spellEnd"/>
          </w:p>
        </w:tc>
      </w:tr>
      <w:tr w:rsidR="002E0A93" w:rsidRPr="00343557" w14:paraId="56E9638F" w14:textId="77777777" w:rsidTr="00A5750B">
        <w:tc>
          <w:tcPr>
            <w:tcW w:w="2120" w:type="dxa"/>
          </w:tcPr>
          <w:p w14:paraId="59869EA3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Foreningsportalen</w:t>
            </w:r>
            <w:proofErr w:type="spellEnd"/>
          </w:p>
        </w:tc>
        <w:tc>
          <w:tcPr>
            <w:tcW w:w="923" w:type="dxa"/>
          </w:tcPr>
          <w:p w14:paraId="1C80C568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1321F9BB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Løpende</w:t>
            </w:r>
            <w:proofErr w:type="spellEnd"/>
          </w:p>
        </w:tc>
        <w:tc>
          <w:tcPr>
            <w:tcW w:w="1701" w:type="dxa"/>
          </w:tcPr>
          <w:p w14:paraId="19763156" w14:textId="64869D3E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(</w:t>
            </w:r>
            <w:proofErr w:type="spellStart"/>
            <w:r w:rsidR="00A00FFB" w:rsidRPr="00343557">
              <w:rPr>
                <w:sz w:val="24"/>
                <w:szCs w:val="24"/>
              </w:rPr>
              <w:t>prosjekt</w:t>
            </w:r>
            <w:proofErr w:type="spellEnd"/>
            <w:r w:rsidR="00A00FFB" w:rsidRPr="00343557">
              <w:rPr>
                <w:sz w:val="24"/>
                <w:szCs w:val="24"/>
              </w:rPr>
              <w:t>)</w:t>
            </w:r>
          </w:p>
        </w:tc>
        <w:tc>
          <w:tcPr>
            <w:tcW w:w="709" w:type="dxa"/>
          </w:tcPr>
          <w:p w14:paraId="664F5EC5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Nei</w:t>
            </w:r>
          </w:p>
        </w:tc>
        <w:tc>
          <w:tcPr>
            <w:tcW w:w="1915" w:type="dxa"/>
          </w:tcPr>
          <w:p w14:paraId="0DF3A40E" w14:textId="6DA07A0C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Vedlikehold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av </w:t>
            </w:r>
            <w:proofErr w:type="spellStart"/>
            <w:r w:rsidR="00A00FFB" w:rsidRPr="00343557">
              <w:rPr>
                <w:sz w:val="24"/>
                <w:szCs w:val="24"/>
              </w:rPr>
              <w:t>informasjon</w:t>
            </w:r>
            <w:proofErr w:type="spellEnd"/>
            <w:r w:rsidR="00A00FFB" w:rsidRPr="00343557">
              <w:rPr>
                <w:sz w:val="24"/>
                <w:szCs w:val="24"/>
              </w:rPr>
              <w:t>/</w:t>
            </w:r>
            <w:proofErr w:type="spellStart"/>
            <w:r w:rsidR="00A00FFB" w:rsidRPr="00343557">
              <w:rPr>
                <w:sz w:val="24"/>
                <w:szCs w:val="24"/>
              </w:rPr>
              <w:t>hjelp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</w:t>
            </w:r>
            <w:proofErr w:type="spellStart"/>
            <w:r w:rsidR="00A00FFB" w:rsidRPr="00343557">
              <w:rPr>
                <w:sz w:val="24"/>
                <w:szCs w:val="24"/>
              </w:rPr>
              <w:t>til</w:t>
            </w:r>
            <w:proofErr w:type="spellEnd"/>
            <w:r w:rsidR="00A00FFB" w:rsidRPr="00343557">
              <w:rPr>
                <w:sz w:val="24"/>
                <w:szCs w:val="24"/>
              </w:rPr>
              <w:t xml:space="preserve"> lag/</w:t>
            </w:r>
            <w:proofErr w:type="spellStart"/>
            <w:r w:rsidR="00A00FFB" w:rsidRPr="00343557">
              <w:rPr>
                <w:sz w:val="24"/>
                <w:szCs w:val="24"/>
              </w:rPr>
              <w:t>foreninger</w:t>
            </w:r>
            <w:proofErr w:type="spellEnd"/>
          </w:p>
        </w:tc>
      </w:tr>
      <w:tr w:rsidR="002E0A93" w:rsidRPr="00343557" w14:paraId="12548E25" w14:textId="77777777" w:rsidTr="00A5750B">
        <w:tc>
          <w:tcPr>
            <w:tcW w:w="2120" w:type="dxa"/>
          </w:tcPr>
          <w:p w14:paraId="529D40CF" w14:textId="6E351E78" w:rsidR="002F4B33" w:rsidRPr="00343557" w:rsidRDefault="00CA3A7D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Drift av </w:t>
            </w:r>
            <w:proofErr w:type="spellStart"/>
            <w:r w:rsidRPr="00343557">
              <w:rPr>
                <w:sz w:val="24"/>
                <w:szCs w:val="24"/>
              </w:rPr>
              <w:t>Lidskjalv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og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Trivselshuset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</w:p>
        </w:tc>
        <w:tc>
          <w:tcPr>
            <w:tcW w:w="923" w:type="dxa"/>
          </w:tcPr>
          <w:p w14:paraId="75CC398F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36C92686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Løpende</w:t>
            </w:r>
            <w:proofErr w:type="spellEnd"/>
          </w:p>
        </w:tc>
        <w:tc>
          <w:tcPr>
            <w:tcW w:w="1701" w:type="dxa"/>
          </w:tcPr>
          <w:p w14:paraId="5DD7BB05" w14:textId="1D4A463D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709" w:type="dxa"/>
          </w:tcPr>
          <w:p w14:paraId="382E8E93" w14:textId="4B244105" w:rsidR="002F4B33" w:rsidRPr="00343557" w:rsidRDefault="00A00FFB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Tja</w:t>
            </w:r>
            <w:proofErr w:type="spellEnd"/>
            <w:r w:rsidRPr="00343557">
              <w:rPr>
                <w:sz w:val="24"/>
                <w:szCs w:val="24"/>
              </w:rPr>
              <w:t>.</w:t>
            </w:r>
          </w:p>
        </w:tc>
        <w:tc>
          <w:tcPr>
            <w:tcW w:w="1915" w:type="dxa"/>
          </w:tcPr>
          <w:p w14:paraId="7831A526" w14:textId="77777777" w:rsidR="00A00FFB" w:rsidRPr="00343557" w:rsidRDefault="00A00FFB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Utleie</w:t>
            </w:r>
            <w:proofErr w:type="spellEnd"/>
            <w:r w:rsidRPr="00343557">
              <w:rPr>
                <w:sz w:val="24"/>
                <w:szCs w:val="24"/>
              </w:rPr>
              <w:t xml:space="preserve">, </w:t>
            </w:r>
            <w:proofErr w:type="spellStart"/>
            <w:r w:rsidRPr="00343557">
              <w:rPr>
                <w:sz w:val="24"/>
                <w:szCs w:val="24"/>
              </w:rPr>
              <w:t>fakturering</w:t>
            </w:r>
            <w:proofErr w:type="spellEnd"/>
            <w:r w:rsidRPr="00343557">
              <w:rPr>
                <w:sz w:val="24"/>
                <w:szCs w:val="24"/>
              </w:rPr>
              <w:t xml:space="preserve"> </w:t>
            </w:r>
            <w:proofErr w:type="spellStart"/>
            <w:r w:rsidRPr="00343557">
              <w:rPr>
                <w:sz w:val="24"/>
                <w:szCs w:val="24"/>
              </w:rPr>
              <w:t>vedlikehold</w:t>
            </w:r>
            <w:proofErr w:type="spellEnd"/>
            <w:r w:rsidRPr="00343557">
              <w:rPr>
                <w:sz w:val="24"/>
                <w:szCs w:val="24"/>
              </w:rPr>
              <w:t>/</w:t>
            </w:r>
          </w:p>
          <w:p w14:paraId="6D207C7C" w14:textId="7C4B84C6" w:rsidR="002F4B33" w:rsidRPr="00343557" w:rsidRDefault="00A00FFB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oppgradering</w:t>
            </w:r>
            <w:proofErr w:type="spellEnd"/>
          </w:p>
        </w:tc>
      </w:tr>
      <w:tr w:rsidR="002E0A93" w:rsidRPr="00343557" w14:paraId="0599A25D" w14:textId="77777777" w:rsidTr="00A5750B">
        <w:tc>
          <w:tcPr>
            <w:tcW w:w="2120" w:type="dxa"/>
          </w:tcPr>
          <w:p w14:paraId="50DDE6E6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Markedsføring</w:t>
            </w:r>
            <w:proofErr w:type="spellEnd"/>
          </w:p>
        </w:tc>
        <w:tc>
          <w:tcPr>
            <w:tcW w:w="923" w:type="dxa"/>
          </w:tcPr>
          <w:p w14:paraId="6BEFEE01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6E8A7E24" w14:textId="77777777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Løpende</w:t>
            </w:r>
            <w:proofErr w:type="spellEnd"/>
          </w:p>
        </w:tc>
        <w:tc>
          <w:tcPr>
            <w:tcW w:w="1701" w:type="dxa"/>
          </w:tcPr>
          <w:p w14:paraId="52162CEE" w14:textId="32446542" w:rsidR="002F4B33" w:rsidRPr="00343557" w:rsidRDefault="00F051E5">
            <w:pPr>
              <w:rPr>
                <w:sz w:val="24"/>
                <w:szCs w:val="24"/>
              </w:rPr>
            </w:pPr>
            <w:proofErr w:type="spellStart"/>
            <w:r w:rsidRPr="00343557">
              <w:rPr>
                <w:sz w:val="24"/>
                <w:szCs w:val="24"/>
              </w:rPr>
              <w:t>Medarbeider</w:t>
            </w:r>
            <w:r w:rsidR="002E0A93" w:rsidRPr="00343557">
              <w:rPr>
                <w:sz w:val="24"/>
                <w:szCs w:val="24"/>
              </w:rPr>
              <w:t>e</w:t>
            </w:r>
            <w:proofErr w:type="spellEnd"/>
            <w:r w:rsidR="002E0A93" w:rsidRPr="00343557">
              <w:rPr>
                <w:sz w:val="24"/>
                <w:szCs w:val="24"/>
              </w:rPr>
              <w:t>/DL</w:t>
            </w:r>
          </w:p>
        </w:tc>
        <w:tc>
          <w:tcPr>
            <w:tcW w:w="709" w:type="dxa"/>
          </w:tcPr>
          <w:p w14:paraId="37C6780F" w14:textId="77777777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>Nei</w:t>
            </w:r>
          </w:p>
        </w:tc>
        <w:tc>
          <w:tcPr>
            <w:tcW w:w="1915" w:type="dxa"/>
          </w:tcPr>
          <w:p w14:paraId="53F8A9DF" w14:textId="14336DB4" w:rsidR="002F4B33" w:rsidRPr="00343557" w:rsidRDefault="00F051E5">
            <w:pPr>
              <w:rPr>
                <w:sz w:val="24"/>
                <w:szCs w:val="24"/>
              </w:rPr>
            </w:pPr>
            <w:r w:rsidRPr="00343557">
              <w:rPr>
                <w:sz w:val="24"/>
                <w:szCs w:val="24"/>
              </w:rPr>
              <w:t xml:space="preserve">Facebook, radio, </w:t>
            </w:r>
            <w:proofErr w:type="spellStart"/>
            <w:r w:rsidRPr="00343557">
              <w:rPr>
                <w:sz w:val="24"/>
                <w:szCs w:val="24"/>
              </w:rPr>
              <w:t>nettside</w:t>
            </w:r>
            <w:proofErr w:type="spellEnd"/>
            <w:r w:rsidR="002E0A93" w:rsidRPr="00343557">
              <w:rPr>
                <w:sz w:val="24"/>
                <w:szCs w:val="24"/>
              </w:rPr>
              <w:t xml:space="preserve"> mv.</w:t>
            </w:r>
          </w:p>
        </w:tc>
      </w:tr>
      <w:tr w:rsidR="008D5C44" w:rsidRPr="00343557" w14:paraId="54DBBA9E" w14:textId="77777777" w:rsidTr="00A5750B">
        <w:tc>
          <w:tcPr>
            <w:tcW w:w="2120" w:type="dxa"/>
          </w:tcPr>
          <w:p w14:paraId="43D28E47" w14:textId="1F2B4298" w:rsidR="008D5C44" w:rsidRPr="00343557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Eldrerådet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Gran</w:t>
            </w:r>
          </w:p>
        </w:tc>
        <w:tc>
          <w:tcPr>
            <w:tcW w:w="923" w:type="dxa"/>
          </w:tcPr>
          <w:p w14:paraId="7FA90D09" w14:textId="77777777" w:rsidR="008D5C44" w:rsidRPr="00343557" w:rsidRDefault="008D5C44">
            <w:pPr>
              <w:rPr>
                <w:sz w:val="24"/>
                <w:szCs w:val="24"/>
              </w:rPr>
            </w:pPr>
          </w:p>
        </w:tc>
        <w:tc>
          <w:tcPr>
            <w:tcW w:w="1488" w:type="dxa"/>
          </w:tcPr>
          <w:p w14:paraId="13660AE8" w14:textId="11C7EAEA" w:rsidR="008D5C44" w:rsidRPr="00343557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Hver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mnd</w:t>
            </w:r>
            <w:proofErr w:type="spellEnd"/>
          </w:p>
        </w:tc>
        <w:tc>
          <w:tcPr>
            <w:tcW w:w="1701" w:type="dxa"/>
          </w:tcPr>
          <w:p w14:paraId="51C042AE" w14:textId="77777777" w:rsidR="008D5C44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DL/</w:t>
            </w:r>
          </w:p>
          <w:p w14:paraId="4CBD2AD7" w14:textId="3B89E82A" w:rsidR="008D5C44" w:rsidRPr="00343557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kommune</w:t>
            </w:r>
            <w:proofErr w:type="spellEnd"/>
          </w:p>
        </w:tc>
        <w:tc>
          <w:tcPr>
            <w:tcW w:w="709" w:type="dxa"/>
          </w:tcPr>
          <w:p w14:paraId="10215BAA" w14:textId="118F785A" w:rsidR="008D5C44" w:rsidRPr="00343557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</w:p>
        </w:tc>
        <w:tc>
          <w:tcPr>
            <w:tcW w:w="1915" w:type="dxa"/>
          </w:tcPr>
          <w:p w14:paraId="6AC64F43" w14:textId="7A9F1F88" w:rsidR="008D5C44" w:rsidRPr="00343557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Dele </w:t>
            </w:r>
            <w:proofErr w:type="spellStart"/>
            <w:r>
              <w:rPr>
                <w:sz w:val="24"/>
                <w:szCs w:val="24"/>
              </w:rPr>
              <w:t>informasjon</w:t>
            </w:r>
            <w:proofErr w:type="spellEnd"/>
          </w:p>
        </w:tc>
      </w:tr>
      <w:tr w:rsidR="008D5C44" w:rsidRPr="00343557" w14:paraId="44CB1FB2" w14:textId="77777777" w:rsidTr="00A5750B">
        <w:tc>
          <w:tcPr>
            <w:tcW w:w="2120" w:type="dxa"/>
          </w:tcPr>
          <w:p w14:paraId="613A2138" w14:textId="77777777" w:rsidR="008D5C44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Nettverkssamling</w:t>
            </w:r>
            <w:proofErr w:type="spellEnd"/>
          </w:p>
          <w:p w14:paraId="764EDA81" w14:textId="3C3891B2" w:rsidR="008D5C44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for </w:t>
            </w:r>
            <w:proofErr w:type="spellStart"/>
            <w:r>
              <w:rPr>
                <w:sz w:val="24"/>
                <w:szCs w:val="24"/>
              </w:rPr>
              <w:t>Frivilligsentraler</w:t>
            </w:r>
            <w:proofErr w:type="spellEnd"/>
          </w:p>
        </w:tc>
        <w:tc>
          <w:tcPr>
            <w:tcW w:w="923" w:type="dxa"/>
          </w:tcPr>
          <w:p w14:paraId="4A21868A" w14:textId="0F2393A6" w:rsidR="008D5C44" w:rsidRPr="00343557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033349C2" w14:textId="1ADDAEFD" w:rsidR="008D5C44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 ganger </w:t>
            </w:r>
            <w:proofErr w:type="spell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året</w:t>
            </w:r>
            <w:proofErr w:type="spellEnd"/>
          </w:p>
        </w:tc>
        <w:tc>
          <w:tcPr>
            <w:tcW w:w="1701" w:type="dxa"/>
          </w:tcPr>
          <w:p w14:paraId="61A140FC" w14:textId="195660A5" w:rsidR="008D5C44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DL/ </w:t>
            </w:r>
            <w:proofErr w:type="spellStart"/>
            <w:r>
              <w:rPr>
                <w:sz w:val="24"/>
                <w:szCs w:val="24"/>
              </w:rPr>
              <w:t>Medarbeidere</w:t>
            </w:r>
            <w:proofErr w:type="spellEnd"/>
          </w:p>
        </w:tc>
        <w:tc>
          <w:tcPr>
            <w:tcW w:w="709" w:type="dxa"/>
          </w:tcPr>
          <w:p w14:paraId="0246F585" w14:textId="1B461AAD" w:rsidR="008D5C44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Nei</w:t>
            </w:r>
          </w:p>
        </w:tc>
        <w:tc>
          <w:tcPr>
            <w:tcW w:w="1915" w:type="dxa"/>
          </w:tcPr>
          <w:p w14:paraId="77459DFE" w14:textId="74047CDA" w:rsidR="008D5C44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Kompetanse-deling</w:t>
            </w:r>
            <w:proofErr w:type="spellEnd"/>
          </w:p>
        </w:tc>
      </w:tr>
      <w:tr w:rsidR="008D5C44" w:rsidRPr="00343557" w14:paraId="6FB8879C" w14:textId="77777777" w:rsidTr="00A5750B">
        <w:tc>
          <w:tcPr>
            <w:tcW w:w="2120" w:type="dxa"/>
          </w:tcPr>
          <w:p w14:paraId="757C7309" w14:textId="77777777" w:rsidR="008D5C44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Norges</w:t>
            </w:r>
            <w:proofErr w:type="spellEnd"/>
            <w:r>
              <w:rPr>
                <w:sz w:val="24"/>
                <w:szCs w:val="24"/>
              </w:rPr>
              <w:t xml:space="preserve"> frivilligsentral/</w:t>
            </w:r>
          </w:p>
          <w:p w14:paraId="2740BF50" w14:textId="1CA4B33A" w:rsidR="008D5C44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Landskomferanse</w:t>
            </w:r>
            <w:proofErr w:type="spellEnd"/>
          </w:p>
        </w:tc>
        <w:tc>
          <w:tcPr>
            <w:tcW w:w="923" w:type="dxa"/>
          </w:tcPr>
          <w:p w14:paraId="79F827D7" w14:textId="25520E6B" w:rsidR="008D5C44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401D63C2" w14:textId="76C8D349" w:rsidR="008D5C44" w:rsidRPr="008D5C44" w:rsidRDefault="008D5C44" w:rsidP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gang </w:t>
            </w:r>
            <w:proofErr w:type="spell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året</w:t>
            </w:r>
            <w:proofErr w:type="spellEnd"/>
          </w:p>
        </w:tc>
        <w:tc>
          <w:tcPr>
            <w:tcW w:w="1701" w:type="dxa"/>
          </w:tcPr>
          <w:p w14:paraId="16FC1FC5" w14:textId="77777777" w:rsidR="00337745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DL/</w:t>
            </w:r>
          </w:p>
          <w:p w14:paraId="4288DEAC" w14:textId="14F1B010" w:rsidR="008D5C44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Medarbeidere</w:t>
            </w:r>
            <w:proofErr w:type="spellEnd"/>
          </w:p>
        </w:tc>
        <w:tc>
          <w:tcPr>
            <w:tcW w:w="709" w:type="dxa"/>
          </w:tcPr>
          <w:p w14:paraId="17D3341E" w14:textId="53D9C95A" w:rsidR="008D5C44" w:rsidRDefault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Nei</w:t>
            </w:r>
          </w:p>
        </w:tc>
        <w:tc>
          <w:tcPr>
            <w:tcW w:w="1915" w:type="dxa"/>
          </w:tcPr>
          <w:p w14:paraId="1C832F41" w14:textId="6B36B55F" w:rsidR="008D5C44" w:rsidRDefault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Kompetanse-deling</w:t>
            </w:r>
            <w:proofErr w:type="spellEnd"/>
          </w:p>
        </w:tc>
      </w:tr>
      <w:tr w:rsidR="00A5750B" w:rsidRPr="00343557" w14:paraId="3F2976A3" w14:textId="77777777" w:rsidTr="00A5750B">
        <w:tc>
          <w:tcPr>
            <w:tcW w:w="2120" w:type="dxa"/>
          </w:tcPr>
          <w:p w14:paraId="289417F0" w14:textId="384B1358" w:rsidR="00A5750B" w:rsidRDefault="00A5750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Småjobbsentralen</w:t>
            </w:r>
            <w:proofErr w:type="spellEnd"/>
          </w:p>
        </w:tc>
        <w:tc>
          <w:tcPr>
            <w:tcW w:w="923" w:type="dxa"/>
          </w:tcPr>
          <w:p w14:paraId="546710AD" w14:textId="77777777" w:rsidR="00A5750B" w:rsidRDefault="00A5750B">
            <w:pPr>
              <w:rPr>
                <w:sz w:val="24"/>
                <w:szCs w:val="24"/>
              </w:rPr>
            </w:pPr>
          </w:p>
        </w:tc>
        <w:tc>
          <w:tcPr>
            <w:tcW w:w="1488" w:type="dxa"/>
          </w:tcPr>
          <w:p w14:paraId="10F7A96C" w14:textId="18BE37DE" w:rsidR="00A5750B" w:rsidRDefault="00A5750B" w:rsidP="008D5C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Oppfølgning</w:t>
            </w:r>
            <w:proofErr w:type="spellEnd"/>
          </w:p>
        </w:tc>
        <w:tc>
          <w:tcPr>
            <w:tcW w:w="1701" w:type="dxa"/>
          </w:tcPr>
          <w:p w14:paraId="082B4F48" w14:textId="62F3EE17" w:rsidR="00A5750B" w:rsidRDefault="00A575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</w:t>
            </w:r>
          </w:p>
        </w:tc>
        <w:tc>
          <w:tcPr>
            <w:tcW w:w="709" w:type="dxa"/>
          </w:tcPr>
          <w:p w14:paraId="008D35BB" w14:textId="0FBEE91C" w:rsidR="00A5750B" w:rsidRDefault="00A575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Nei</w:t>
            </w:r>
          </w:p>
        </w:tc>
        <w:tc>
          <w:tcPr>
            <w:tcW w:w="1915" w:type="dxa"/>
          </w:tcPr>
          <w:p w14:paraId="4452FFBB" w14:textId="410AC03C" w:rsidR="00A5750B" w:rsidRDefault="00A5750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Rapportering</w:t>
            </w:r>
            <w:proofErr w:type="spellEnd"/>
            <w:r>
              <w:rPr>
                <w:sz w:val="24"/>
                <w:szCs w:val="24"/>
              </w:rPr>
              <w:t xml:space="preserve"> mv.</w:t>
            </w:r>
          </w:p>
        </w:tc>
      </w:tr>
      <w:tr w:rsidR="00A5750B" w:rsidRPr="00343557" w14:paraId="35CEC2B1" w14:textId="77777777" w:rsidTr="00A5750B">
        <w:tc>
          <w:tcPr>
            <w:tcW w:w="2120" w:type="dxa"/>
          </w:tcPr>
          <w:p w14:paraId="711D4FEF" w14:textId="0023A78E" w:rsidR="00A5750B" w:rsidRDefault="00A5750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Styremøter</w:t>
            </w:r>
            <w:proofErr w:type="spellEnd"/>
            <w:r>
              <w:rPr>
                <w:sz w:val="24"/>
                <w:szCs w:val="24"/>
              </w:rPr>
              <w:t xml:space="preserve"> SGFS </w:t>
            </w:r>
          </w:p>
        </w:tc>
        <w:tc>
          <w:tcPr>
            <w:tcW w:w="923" w:type="dxa"/>
          </w:tcPr>
          <w:p w14:paraId="0C907425" w14:textId="41FACFD1" w:rsidR="00A5750B" w:rsidRDefault="00A575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L/T</w:t>
            </w:r>
          </w:p>
        </w:tc>
        <w:tc>
          <w:tcPr>
            <w:tcW w:w="1488" w:type="dxa"/>
          </w:tcPr>
          <w:p w14:paraId="1CC46DB6" w14:textId="26CC0A1B" w:rsidR="00A5750B" w:rsidRDefault="00A5750B" w:rsidP="008D5C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Ca. 8 ganger </w:t>
            </w:r>
            <w:proofErr w:type="spellStart"/>
            <w:r>
              <w:rPr>
                <w:sz w:val="24"/>
                <w:szCs w:val="24"/>
              </w:rPr>
              <w:t>årlig</w:t>
            </w:r>
            <w:proofErr w:type="spellEnd"/>
          </w:p>
        </w:tc>
        <w:tc>
          <w:tcPr>
            <w:tcW w:w="1701" w:type="dxa"/>
          </w:tcPr>
          <w:p w14:paraId="36B1906C" w14:textId="5A5C6CF0" w:rsidR="00A5750B" w:rsidRDefault="00A575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DL/</w:t>
            </w:r>
            <w:proofErr w:type="spellStart"/>
            <w:r>
              <w:rPr>
                <w:sz w:val="24"/>
                <w:szCs w:val="24"/>
              </w:rPr>
              <w:t>styre-medlemmer</w:t>
            </w:r>
            <w:proofErr w:type="spellEnd"/>
          </w:p>
        </w:tc>
        <w:tc>
          <w:tcPr>
            <w:tcW w:w="709" w:type="dxa"/>
          </w:tcPr>
          <w:p w14:paraId="54FE46A4" w14:textId="4E910CCF" w:rsidR="00A5750B" w:rsidRDefault="00A575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="00337745">
              <w:rPr>
                <w:sz w:val="24"/>
                <w:szCs w:val="24"/>
              </w:rPr>
              <w:t>ei</w:t>
            </w:r>
          </w:p>
        </w:tc>
        <w:tc>
          <w:tcPr>
            <w:tcW w:w="1915" w:type="dxa"/>
          </w:tcPr>
          <w:p w14:paraId="39E8DF64" w14:textId="77777777" w:rsidR="00A5750B" w:rsidRDefault="00A5750B">
            <w:pPr>
              <w:rPr>
                <w:sz w:val="24"/>
                <w:szCs w:val="24"/>
              </w:rPr>
            </w:pPr>
          </w:p>
        </w:tc>
      </w:tr>
    </w:tbl>
    <w:p w14:paraId="71F66ECC" w14:textId="77777777" w:rsidR="002F4B33" w:rsidRPr="00343557" w:rsidRDefault="00F051E5">
      <w:pPr>
        <w:pStyle w:val="Overskrift2"/>
        <w:rPr>
          <w:sz w:val="24"/>
          <w:szCs w:val="24"/>
        </w:rPr>
      </w:pPr>
      <w:r w:rsidRPr="00343557">
        <w:rPr>
          <w:sz w:val="24"/>
          <w:szCs w:val="24"/>
        </w:rPr>
        <w:lastRenderedPageBreak/>
        <w:t xml:space="preserve">4. </w:t>
      </w:r>
      <w:proofErr w:type="spellStart"/>
      <w:r w:rsidRPr="00343557">
        <w:rPr>
          <w:sz w:val="24"/>
          <w:szCs w:val="24"/>
        </w:rPr>
        <w:t>Samarbeid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prosjekter</w:t>
      </w:r>
      <w:proofErr w:type="spellEnd"/>
    </w:p>
    <w:p w14:paraId="57D5D80F" w14:textId="1BC0D1C7" w:rsidR="00A00FFB" w:rsidRPr="00343557" w:rsidRDefault="00F051E5">
      <w:pPr>
        <w:rPr>
          <w:sz w:val="24"/>
          <w:szCs w:val="24"/>
        </w:rPr>
      </w:pPr>
      <w:r w:rsidRPr="00343557">
        <w:rPr>
          <w:sz w:val="24"/>
          <w:szCs w:val="24"/>
        </w:rPr>
        <w:br/>
      </w:r>
      <w:proofErr w:type="spellStart"/>
      <w:r w:rsidRPr="00343557">
        <w:rPr>
          <w:sz w:val="24"/>
          <w:szCs w:val="24"/>
        </w:rPr>
        <w:t>Frivilligsentralen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samarbeider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tett</w:t>
      </w:r>
      <w:proofErr w:type="spellEnd"/>
      <w:r w:rsidRPr="00343557">
        <w:rPr>
          <w:sz w:val="24"/>
          <w:szCs w:val="24"/>
        </w:rPr>
        <w:t xml:space="preserve"> med </w:t>
      </w:r>
      <w:proofErr w:type="spellStart"/>
      <w:r w:rsidRPr="00343557">
        <w:rPr>
          <w:sz w:val="24"/>
          <w:szCs w:val="24"/>
        </w:rPr>
        <w:t>blant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annet</w:t>
      </w:r>
      <w:proofErr w:type="spellEnd"/>
      <w:r w:rsidRPr="00343557">
        <w:rPr>
          <w:sz w:val="24"/>
          <w:szCs w:val="24"/>
        </w:rPr>
        <w:t xml:space="preserve"> Gran </w:t>
      </w:r>
      <w:proofErr w:type="spellStart"/>
      <w:r w:rsidRPr="00343557">
        <w:rPr>
          <w:sz w:val="24"/>
          <w:szCs w:val="24"/>
        </w:rPr>
        <w:t>kommune</w:t>
      </w:r>
      <w:proofErr w:type="spellEnd"/>
      <w:r w:rsidRPr="00343557">
        <w:rPr>
          <w:sz w:val="24"/>
          <w:szCs w:val="24"/>
        </w:rPr>
        <w:t xml:space="preserve">, </w:t>
      </w:r>
      <w:proofErr w:type="spellStart"/>
      <w:r w:rsidRPr="00343557">
        <w:rPr>
          <w:sz w:val="24"/>
          <w:szCs w:val="24"/>
        </w:rPr>
        <w:t>biblioteke</w:t>
      </w:r>
      <w:r w:rsidR="00CA3A7D" w:rsidRPr="00343557">
        <w:rPr>
          <w:sz w:val="24"/>
          <w:szCs w:val="24"/>
        </w:rPr>
        <w:t>ne</w:t>
      </w:r>
      <w:proofErr w:type="spellEnd"/>
      <w:r w:rsidRPr="00343557">
        <w:rPr>
          <w:sz w:val="24"/>
          <w:szCs w:val="24"/>
        </w:rPr>
        <w:t>,</w:t>
      </w:r>
      <w:r w:rsidR="00343557">
        <w:rPr>
          <w:sz w:val="24"/>
          <w:szCs w:val="24"/>
        </w:rPr>
        <w:t xml:space="preserve"> </w:t>
      </w:r>
      <w:proofErr w:type="spellStart"/>
      <w:r w:rsidR="00343557">
        <w:rPr>
          <w:sz w:val="24"/>
          <w:szCs w:val="24"/>
        </w:rPr>
        <w:t>frivilligsentraler</w:t>
      </w:r>
      <w:proofErr w:type="spellEnd"/>
      <w:r w:rsidR="00343557">
        <w:rPr>
          <w:sz w:val="24"/>
          <w:szCs w:val="24"/>
        </w:rPr>
        <w:t xml:space="preserve">, </w:t>
      </w:r>
      <w:r w:rsidR="00CA3A7D" w:rsidRPr="00343557">
        <w:rPr>
          <w:sz w:val="24"/>
          <w:szCs w:val="24"/>
        </w:rPr>
        <w:t xml:space="preserve">Brandbu </w:t>
      </w:r>
      <w:proofErr w:type="spellStart"/>
      <w:r w:rsidR="00CA3A7D" w:rsidRPr="00343557">
        <w:rPr>
          <w:sz w:val="24"/>
          <w:szCs w:val="24"/>
        </w:rPr>
        <w:t>sanitet</w:t>
      </w:r>
      <w:proofErr w:type="spellEnd"/>
      <w:r w:rsidR="00CA3A7D" w:rsidRPr="00343557">
        <w:rPr>
          <w:sz w:val="24"/>
          <w:szCs w:val="24"/>
        </w:rPr>
        <w:t>,</w:t>
      </w:r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Røde</w:t>
      </w:r>
      <w:proofErr w:type="spellEnd"/>
      <w:r w:rsidRPr="00343557">
        <w:rPr>
          <w:sz w:val="24"/>
          <w:szCs w:val="24"/>
        </w:rPr>
        <w:t xml:space="preserve"> Kors, NAV,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flere</w:t>
      </w:r>
      <w:proofErr w:type="spellEnd"/>
      <w:r w:rsidR="00CA3A7D" w:rsidRPr="00343557">
        <w:rPr>
          <w:sz w:val="24"/>
          <w:szCs w:val="24"/>
        </w:rPr>
        <w:t xml:space="preserve"> </w:t>
      </w:r>
      <w:proofErr w:type="spellStart"/>
      <w:r w:rsidR="00CA3A7D" w:rsidRPr="00343557">
        <w:rPr>
          <w:sz w:val="24"/>
          <w:szCs w:val="24"/>
        </w:rPr>
        <w:t>andre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frivillige</w:t>
      </w:r>
      <w:proofErr w:type="spellEnd"/>
      <w:r w:rsidRPr="00343557">
        <w:rPr>
          <w:sz w:val="24"/>
          <w:szCs w:val="24"/>
        </w:rPr>
        <w:t xml:space="preserve"> lag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foreninger</w:t>
      </w:r>
      <w:proofErr w:type="spellEnd"/>
      <w:r w:rsidRPr="00343557">
        <w:rPr>
          <w:sz w:val="24"/>
          <w:szCs w:val="24"/>
        </w:rPr>
        <w:t xml:space="preserve">. </w:t>
      </w:r>
      <w:r w:rsidRPr="00343557">
        <w:rPr>
          <w:sz w:val="24"/>
          <w:szCs w:val="24"/>
        </w:rPr>
        <w:br/>
      </w:r>
      <w:proofErr w:type="spellStart"/>
      <w:r w:rsidRPr="00343557">
        <w:rPr>
          <w:sz w:val="24"/>
          <w:szCs w:val="24"/>
        </w:rPr>
        <w:t>Eksempler</w:t>
      </w:r>
      <w:proofErr w:type="spellEnd"/>
      <w:r w:rsidRPr="00343557">
        <w:rPr>
          <w:sz w:val="24"/>
          <w:szCs w:val="24"/>
        </w:rPr>
        <w:t xml:space="preserve">: </w:t>
      </w:r>
      <w:proofErr w:type="spellStart"/>
      <w:r w:rsidRPr="00343557">
        <w:rPr>
          <w:sz w:val="24"/>
          <w:szCs w:val="24"/>
        </w:rPr>
        <w:t>Elvelangs</w:t>
      </w:r>
      <w:proofErr w:type="spellEnd"/>
      <w:r w:rsidRPr="00343557">
        <w:rPr>
          <w:sz w:val="24"/>
          <w:szCs w:val="24"/>
        </w:rPr>
        <w:t>, TV-</w:t>
      </w:r>
      <w:proofErr w:type="spellStart"/>
      <w:r w:rsidRPr="00343557">
        <w:rPr>
          <w:sz w:val="24"/>
          <w:szCs w:val="24"/>
        </w:rPr>
        <w:t>aksjonen</w:t>
      </w:r>
      <w:proofErr w:type="spellEnd"/>
      <w:r w:rsidRPr="00343557">
        <w:rPr>
          <w:sz w:val="24"/>
          <w:szCs w:val="24"/>
        </w:rPr>
        <w:t xml:space="preserve">, </w:t>
      </w:r>
      <w:proofErr w:type="spellStart"/>
      <w:r w:rsidRPr="00343557">
        <w:rPr>
          <w:sz w:val="24"/>
          <w:szCs w:val="24"/>
        </w:rPr>
        <w:t>Ønsketreet</w:t>
      </w:r>
      <w:proofErr w:type="spellEnd"/>
      <w:r w:rsidR="00343557">
        <w:rPr>
          <w:sz w:val="24"/>
          <w:szCs w:val="24"/>
        </w:rPr>
        <w:t xml:space="preserve">/God Jul </w:t>
      </w:r>
      <w:proofErr w:type="spellStart"/>
      <w:r w:rsidR="00343557">
        <w:rPr>
          <w:sz w:val="24"/>
          <w:szCs w:val="24"/>
        </w:rPr>
        <w:t>lille</w:t>
      </w:r>
      <w:proofErr w:type="spellEnd"/>
      <w:r w:rsidR="00343557">
        <w:rPr>
          <w:sz w:val="24"/>
          <w:szCs w:val="24"/>
        </w:rPr>
        <w:t xml:space="preserve"> </w:t>
      </w:r>
      <w:proofErr w:type="spellStart"/>
      <w:r w:rsidR="00343557">
        <w:rPr>
          <w:sz w:val="24"/>
          <w:szCs w:val="24"/>
        </w:rPr>
        <w:t>venn</w:t>
      </w:r>
      <w:proofErr w:type="spellEnd"/>
      <w:r w:rsidRPr="00343557">
        <w:rPr>
          <w:sz w:val="24"/>
          <w:szCs w:val="24"/>
        </w:rPr>
        <w:t xml:space="preserve">, </w:t>
      </w:r>
      <w:proofErr w:type="spellStart"/>
      <w:r w:rsidRPr="00343557">
        <w:rPr>
          <w:sz w:val="24"/>
          <w:szCs w:val="24"/>
        </w:rPr>
        <w:t>arbeidstrening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tilrettelagt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soning</w:t>
      </w:r>
      <w:proofErr w:type="spellEnd"/>
      <w:r w:rsidR="00343557">
        <w:rPr>
          <w:sz w:val="24"/>
          <w:szCs w:val="24"/>
        </w:rPr>
        <w:t>/</w:t>
      </w:r>
      <w:proofErr w:type="spellStart"/>
      <w:r w:rsidR="00343557">
        <w:rPr>
          <w:sz w:val="24"/>
          <w:szCs w:val="24"/>
        </w:rPr>
        <w:t>samfunnstraff</w:t>
      </w:r>
      <w:proofErr w:type="spellEnd"/>
      <w:r w:rsidR="00343557">
        <w:rPr>
          <w:sz w:val="24"/>
          <w:szCs w:val="24"/>
        </w:rPr>
        <w:t xml:space="preserve"> </w:t>
      </w:r>
      <w:proofErr w:type="spellStart"/>
      <w:r w:rsidR="00343557">
        <w:rPr>
          <w:sz w:val="24"/>
          <w:szCs w:val="24"/>
        </w:rPr>
        <w:t>ol</w:t>
      </w:r>
      <w:proofErr w:type="spellEnd"/>
      <w:r w:rsidR="00343557">
        <w:rPr>
          <w:sz w:val="24"/>
          <w:szCs w:val="24"/>
        </w:rPr>
        <w:t>..</w:t>
      </w:r>
      <w:r w:rsidRPr="00343557">
        <w:rPr>
          <w:sz w:val="24"/>
          <w:szCs w:val="24"/>
        </w:rPr>
        <w:t>.</w:t>
      </w:r>
    </w:p>
    <w:p w14:paraId="627EF3DE" w14:textId="3B5A8BC7" w:rsidR="00A00FFB" w:rsidRPr="00343557" w:rsidRDefault="00A00FFB">
      <w:pPr>
        <w:rPr>
          <w:sz w:val="24"/>
          <w:szCs w:val="24"/>
        </w:rPr>
      </w:pPr>
      <w:proofErr w:type="spellStart"/>
      <w:r w:rsidRPr="00343557">
        <w:rPr>
          <w:sz w:val="24"/>
          <w:szCs w:val="24"/>
        </w:rPr>
        <w:t>Pågående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prosjekter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="00343557">
        <w:rPr>
          <w:sz w:val="24"/>
          <w:szCs w:val="24"/>
        </w:rPr>
        <w:t>ved</w:t>
      </w:r>
      <w:proofErr w:type="spellEnd"/>
      <w:r w:rsidR="00343557">
        <w:rPr>
          <w:sz w:val="24"/>
          <w:szCs w:val="24"/>
        </w:rPr>
        <w:t xml:space="preserve"> </w:t>
      </w:r>
      <w:proofErr w:type="spellStart"/>
      <w:r w:rsidR="00343557">
        <w:rPr>
          <w:sz w:val="24"/>
          <w:szCs w:val="24"/>
        </w:rPr>
        <w:t>inngangen</w:t>
      </w:r>
      <w:proofErr w:type="spellEnd"/>
      <w:r w:rsidR="00343557">
        <w:rPr>
          <w:sz w:val="24"/>
          <w:szCs w:val="24"/>
        </w:rPr>
        <w:t xml:space="preserve"> </w:t>
      </w:r>
      <w:proofErr w:type="spellStart"/>
      <w:r w:rsidR="00343557">
        <w:rPr>
          <w:sz w:val="24"/>
          <w:szCs w:val="24"/>
        </w:rPr>
        <w:t>til</w:t>
      </w:r>
      <w:proofErr w:type="spellEnd"/>
      <w:r w:rsidR="00343557">
        <w:rPr>
          <w:sz w:val="24"/>
          <w:szCs w:val="24"/>
        </w:rPr>
        <w:t xml:space="preserve"> </w:t>
      </w:r>
      <w:proofErr w:type="spellStart"/>
      <w:r w:rsidR="00343557">
        <w:rPr>
          <w:sz w:val="24"/>
          <w:szCs w:val="24"/>
        </w:rPr>
        <w:t>år</w:t>
      </w:r>
      <w:proofErr w:type="spellEnd"/>
      <w:r w:rsidR="00343557">
        <w:rPr>
          <w:sz w:val="24"/>
          <w:szCs w:val="24"/>
        </w:rPr>
        <w:t xml:space="preserve"> </w:t>
      </w:r>
      <w:r w:rsidRPr="00343557">
        <w:rPr>
          <w:sz w:val="24"/>
          <w:szCs w:val="24"/>
        </w:rPr>
        <w:t>2026:</w:t>
      </w:r>
    </w:p>
    <w:p w14:paraId="11BD8581" w14:textId="157567BC" w:rsidR="00A2652C" w:rsidRPr="00343557" w:rsidRDefault="00A2652C">
      <w:pPr>
        <w:rPr>
          <w:sz w:val="24"/>
          <w:szCs w:val="24"/>
        </w:rPr>
      </w:pPr>
      <w:proofErr w:type="spellStart"/>
      <w:r w:rsidRPr="00343557">
        <w:rPr>
          <w:sz w:val="24"/>
          <w:szCs w:val="24"/>
        </w:rPr>
        <w:t>Natteravn</w:t>
      </w:r>
      <w:proofErr w:type="spellEnd"/>
      <w:r w:rsidRPr="00343557">
        <w:rPr>
          <w:sz w:val="24"/>
          <w:szCs w:val="24"/>
        </w:rPr>
        <w:t xml:space="preserve">: </w:t>
      </w:r>
      <w:proofErr w:type="spellStart"/>
      <w:r w:rsidRPr="00343557">
        <w:rPr>
          <w:sz w:val="24"/>
          <w:szCs w:val="24"/>
        </w:rPr>
        <w:t>Tidligere</w:t>
      </w:r>
      <w:proofErr w:type="spellEnd"/>
      <w:r w:rsidRPr="00343557">
        <w:rPr>
          <w:sz w:val="24"/>
          <w:szCs w:val="24"/>
        </w:rPr>
        <w:t xml:space="preserve"> (2022) </w:t>
      </w:r>
      <w:proofErr w:type="spellStart"/>
      <w:r w:rsidRPr="00343557">
        <w:rPr>
          <w:sz w:val="24"/>
          <w:szCs w:val="24"/>
        </w:rPr>
        <w:t>tildelt</w:t>
      </w:r>
      <w:proofErr w:type="spellEnd"/>
      <w:r w:rsidRPr="00343557">
        <w:rPr>
          <w:sz w:val="24"/>
          <w:szCs w:val="24"/>
        </w:rPr>
        <w:t xml:space="preserve"> 50 000kr </w:t>
      </w:r>
      <w:proofErr w:type="spellStart"/>
      <w:r w:rsidRPr="00343557">
        <w:rPr>
          <w:sz w:val="24"/>
          <w:szCs w:val="24"/>
        </w:rPr>
        <w:t>fra</w:t>
      </w:r>
      <w:proofErr w:type="spellEnd"/>
      <w:r w:rsidRPr="00343557">
        <w:rPr>
          <w:sz w:val="24"/>
          <w:szCs w:val="24"/>
        </w:rPr>
        <w:t xml:space="preserve"> sparebankstiftelsen1 Gran.</w:t>
      </w:r>
    </w:p>
    <w:p w14:paraId="03D78B2F" w14:textId="65EB8FF1" w:rsidR="00A2652C" w:rsidRPr="00343557" w:rsidRDefault="00A2652C">
      <w:pPr>
        <w:rPr>
          <w:sz w:val="24"/>
          <w:szCs w:val="24"/>
        </w:rPr>
      </w:pPr>
      <w:proofErr w:type="spellStart"/>
      <w:r w:rsidRPr="00343557">
        <w:rPr>
          <w:sz w:val="24"/>
          <w:szCs w:val="24"/>
        </w:rPr>
        <w:t>Mangfold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kunnskap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inkludering</w:t>
      </w:r>
      <w:proofErr w:type="spellEnd"/>
      <w:r w:rsidRPr="00343557">
        <w:rPr>
          <w:sz w:val="24"/>
          <w:szCs w:val="24"/>
        </w:rPr>
        <w:t xml:space="preserve"> I Gran. </w:t>
      </w:r>
      <w:proofErr w:type="spellStart"/>
      <w:r w:rsidRPr="00343557">
        <w:rPr>
          <w:sz w:val="24"/>
          <w:szCs w:val="24"/>
        </w:rPr>
        <w:t>Tildelt</w:t>
      </w:r>
      <w:proofErr w:type="spellEnd"/>
      <w:r w:rsidRPr="00343557">
        <w:rPr>
          <w:sz w:val="24"/>
          <w:szCs w:val="24"/>
        </w:rPr>
        <w:t xml:space="preserve"> (202</w:t>
      </w:r>
      <w:r w:rsidR="00343557">
        <w:rPr>
          <w:sz w:val="24"/>
          <w:szCs w:val="24"/>
        </w:rPr>
        <w:t>5</w:t>
      </w:r>
      <w:r w:rsidRPr="00343557">
        <w:rPr>
          <w:sz w:val="24"/>
          <w:szCs w:val="24"/>
        </w:rPr>
        <w:t xml:space="preserve">) 3årig </w:t>
      </w:r>
      <w:proofErr w:type="spellStart"/>
      <w:r w:rsidRPr="00343557">
        <w:rPr>
          <w:sz w:val="24"/>
          <w:szCs w:val="24"/>
        </w:rPr>
        <w:t>prosjektgave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på</w:t>
      </w:r>
      <w:proofErr w:type="spellEnd"/>
      <w:r w:rsidRPr="00343557">
        <w:rPr>
          <w:sz w:val="24"/>
          <w:szCs w:val="24"/>
        </w:rPr>
        <w:t xml:space="preserve"> 300 000 </w:t>
      </w:r>
      <w:proofErr w:type="spellStart"/>
      <w:r w:rsidRPr="00343557">
        <w:rPr>
          <w:sz w:val="24"/>
          <w:szCs w:val="24"/>
        </w:rPr>
        <w:t>kr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fra</w:t>
      </w:r>
      <w:proofErr w:type="spellEnd"/>
      <w:r w:rsidRPr="00343557">
        <w:rPr>
          <w:sz w:val="24"/>
          <w:szCs w:val="24"/>
        </w:rPr>
        <w:t xml:space="preserve"> sparebankstiftelsen1Gran. Et 3delt </w:t>
      </w:r>
      <w:proofErr w:type="spellStart"/>
      <w:r w:rsidRPr="00343557">
        <w:rPr>
          <w:sz w:val="24"/>
          <w:szCs w:val="24"/>
        </w:rPr>
        <w:t>prosjekt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som</w:t>
      </w:r>
      <w:proofErr w:type="spellEnd"/>
      <w:r w:rsidRPr="00343557">
        <w:rPr>
          <w:sz w:val="24"/>
          <w:szCs w:val="24"/>
        </w:rPr>
        <w:t xml:space="preserve"> handler om </w:t>
      </w:r>
      <w:proofErr w:type="spellStart"/>
      <w:r w:rsidRPr="00343557">
        <w:rPr>
          <w:sz w:val="24"/>
          <w:szCs w:val="24"/>
        </w:rPr>
        <w:t>foreningsportalen</w:t>
      </w:r>
      <w:proofErr w:type="spellEnd"/>
      <w:r w:rsidRPr="00343557">
        <w:rPr>
          <w:sz w:val="24"/>
          <w:szCs w:val="24"/>
        </w:rPr>
        <w:t xml:space="preserve">, </w:t>
      </w:r>
      <w:proofErr w:type="spellStart"/>
      <w:r w:rsidRPr="00343557">
        <w:rPr>
          <w:sz w:val="24"/>
          <w:szCs w:val="24"/>
        </w:rPr>
        <w:t>inforskjermer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IT/</w:t>
      </w:r>
      <w:proofErr w:type="spellStart"/>
      <w:r w:rsidRPr="00343557">
        <w:rPr>
          <w:sz w:val="24"/>
          <w:szCs w:val="24"/>
        </w:rPr>
        <w:t>informasjon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til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eldre</w:t>
      </w:r>
      <w:proofErr w:type="spellEnd"/>
      <w:r w:rsidRPr="00343557">
        <w:rPr>
          <w:sz w:val="24"/>
          <w:szCs w:val="24"/>
        </w:rPr>
        <w:t>/lag/</w:t>
      </w:r>
      <w:proofErr w:type="spellStart"/>
      <w:r w:rsidRPr="00343557">
        <w:rPr>
          <w:sz w:val="24"/>
          <w:szCs w:val="24"/>
        </w:rPr>
        <w:t>foreninger</w:t>
      </w:r>
      <w:proofErr w:type="spellEnd"/>
      <w:r w:rsidRPr="00343557">
        <w:rPr>
          <w:sz w:val="24"/>
          <w:szCs w:val="24"/>
        </w:rPr>
        <w:t>/</w:t>
      </w:r>
      <w:proofErr w:type="spellStart"/>
      <w:r w:rsidRPr="00343557">
        <w:rPr>
          <w:sz w:val="24"/>
          <w:szCs w:val="24"/>
        </w:rPr>
        <w:t>flyktinger</w:t>
      </w:r>
      <w:proofErr w:type="spellEnd"/>
      <w:r w:rsidRPr="00343557">
        <w:rPr>
          <w:sz w:val="24"/>
          <w:szCs w:val="24"/>
        </w:rPr>
        <w:t>.</w:t>
      </w:r>
    </w:p>
    <w:p w14:paraId="16057DF9" w14:textId="572078AF" w:rsidR="002F4B33" w:rsidRPr="00343557" w:rsidRDefault="00A2652C">
      <w:pPr>
        <w:rPr>
          <w:sz w:val="24"/>
          <w:szCs w:val="24"/>
        </w:rPr>
      </w:pPr>
      <w:proofErr w:type="spellStart"/>
      <w:r w:rsidRPr="00343557">
        <w:rPr>
          <w:sz w:val="24"/>
          <w:szCs w:val="24"/>
        </w:rPr>
        <w:t>Oppstart</w:t>
      </w:r>
      <w:proofErr w:type="spellEnd"/>
      <w:r w:rsidRPr="00343557">
        <w:rPr>
          <w:sz w:val="24"/>
          <w:szCs w:val="24"/>
        </w:rPr>
        <w:t>/</w:t>
      </w:r>
      <w:proofErr w:type="spellStart"/>
      <w:r w:rsidRPr="00343557">
        <w:rPr>
          <w:sz w:val="24"/>
          <w:szCs w:val="24"/>
        </w:rPr>
        <w:t>videreføring</w:t>
      </w:r>
      <w:proofErr w:type="spellEnd"/>
      <w:r w:rsidRPr="00343557">
        <w:rPr>
          <w:sz w:val="24"/>
          <w:szCs w:val="24"/>
        </w:rPr>
        <w:t xml:space="preserve"> av </w:t>
      </w:r>
      <w:proofErr w:type="spellStart"/>
      <w:r w:rsidRPr="00343557">
        <w:rPr>
          <w:sz w:val="24"/>
          <w:szCs w:val="24"/>
        </w:rPr>
        <w:t>mulighetsstudie</w:t>
      </w:r>
      <w:proofErr w:type="spellEnd"/>
      <w:r w:rsidRPr="00343557">
        <w:rPr>
          <w:sz w:val="24"/>
          <w:szCs w:val="24"/>
        </w:rPr>
        <w:t>/</w:t>
      </w:r>
      <w:proofErr w:type="spellStart"/>
      <w:r w:rsidRPr="00343557">
        <w:rPr>
          <w:sz w:val="24"/>
          <w:szCs w:val="24"/>
        </w:rPr>
        <w:t>prosjekt</w:t>
      </w:r>
      <w:proofErr w:type="spellEnd"/>
      <w:r w:rsidRPr="00343557">
        <w:rPr>
          <w:sz w:val="24"/>
          <w:szCs w:val="24"/>
        </w:rPr>
        <w:t xml:space="preserve"> for </w:t>
      </w:r>
      <w:proofErr w:type="spellStart"/>
      <w:r w:rsidRPr="00343557">
        <w:rPr>
          <w:sz w:val="24"/>
          <w:szCs w:val="24"/>
        </w:rPr>
        <w:t>Lidskjalv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jfr</w:t>
      </w:r>
      <w:proofErr w:type="spellEnd"/>
      <w:r w:rsidRPr="00343557">
        <w:rPr>
          <w:sz w:val="24"/>
          <w:szCs w:val="24"/>
        </w:rPr>
        <w:t xml:space="preserve">. Mulig </w:t>
      </w:r>
      <w:proofErr w:type="spellStart"/>
      <w:r w:rsidRPr="00343557">
        <w:rPr>
          <w:sz w:val="24"/>
          <w:szCs w:val="24"/>
        </w:rPr>
        <w:t>Utbedring</w:t>
      </w:r>
      <w:proofErr w:type="spellEnd"/>
      <w:r w:rsidRPr="00343557">
        <w:rPr>
          <w:sz w:val="24"/>
          <w:szCs w:val="24"/>
        </w:rPr>
        <w:t>/</w:t>
      </w:r>
      <w:proofErr w:type="spellStart"/>
      <w:r w:rsidRPr="00343557">
        <w:rPr>
          <w:sz w:val="24"/>
          <w:szCs w:val="24"/>
        </w:rPr>
        <w:t>oppgradering</w:t>
      </w:r>
      <w:proofErr w:type="spellEnd"/>
      <w:r w:rsidRPr="00343557">
        <w:rPr>
          <w:sz w:val="24"/>
          <w:szCs w:val="24"/>
        </w:rPr>
        <w:t xml:space="preserve"> av </w:t>
      </w:r>
      <w:proofErr w:type="spellStart"/>
      <w:r w:rsidRPr="00343557">
        <w:rPr>
          <w:sz w:val="24"/>
          <w:szCs w:val="24"/>
        </w:rPr>
        <w:t>bygget</w:t>
      </w:r>
      <w:proofErr w:type="spellEnd"/>
      <w:r w:rsidRPr="00343557">
        <w:rPr>
          <w:sz w:val="24"/>
          <w:szCs w:val="24"/>
        </w:rPr>
        <w:t xml:space="preserve"> (</w:t>
      </w:r>
      <w:proofErr w:type="spellStart"/>
      <w:r w:rsidRPr="00343557">
        <w:rPr>
          <w:sz w:val="24"/>
          <w:szCs w:val="24"/>
        </w:rPr>
        <w:t>bygger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på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tidlig</w:t>
      </w:r>
      <w:r w:rsidR="00343557">
        <w:rPr>
          <w:sz w:val="24"/>
          <w:szCs w:val="24"/>
        </w:rPr>
        <w:t>e</w:t>
      </w:r>
      <w:r w:rsidRPr="00343557">
        <w:rPr>
          <w:sz w:val="24"/>
          <w:szCs w:val="24"/>
        </w:rPr>
        <w:t>re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mulighetsstudie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finansiert</w:t>
      </w:r>
      <w:proofErr w:type="spellEnd"/>
      <w:r w:rsidRPr="00343557">
        <w:rPr>
          <w:sz w:val="24"/>
          <w:szCs w:val="24"/>
        </w:rPr>
        <w:t xml:space="preserve"> av sparebank</w:t>
      </w:r>
      <w:r w:rsidR="00343557">
        <w:rPr>
          <w:sz w:val="24"/>
          <w:szCs w:val="24"/>
        </w:rPr>
        <w:t>1</w:t>
      </w:r>
      <w:r w:rsidRPr="00343557">
        <w:rPr>
          <w:sz w:val="24"/>
          <w:szCs w:val="24"/>
        </w:rPr>
        <w:t>stiftelsen</w:t>
      </w:r>
      <w:r w:rsidR="00343557">
        <w:rPr>
          <w:sz w:val="24"/>
          <w:szCs w:val="24"/>
        </w:rPr>
        <w:t xml:space="preserve"> </w:t>
      </w:r>
      <w:r w:rsidRPr="00343557">
        <w:rPr>
          <w:sz w:val="24"/>
          <w:szCs w:val="24"/>
        </w:rPr>
        <w:t>Gran (2020).</w:t>
      </w:r>
      <w:r w:rsidRPr="00343557">
        <w:rPr>
          <w:sz w:val="24"/>
          <w:szCs w:val="24"/>
        </w:rPr>
        <w:br/>
      </w:r>
    </w:p>
    <w:p w14:paraId="6BBE88A7" w14:textId="77777777" w:rsidR="002F4B33" w:rsidRPr="00343557" w:rsidRDefault="00F051E5">
      <w:pPr>
        <w:pStyle w:val="Overskrift2"/>
        <w:rPr>
          <w:sz w:val="24"/>
          <w:szCs w:val="24"/>
        </w:rPr>
      </w:pPr>
      <w:r w:rsidRPr="00343557">
        <w:rPr>
          <w:sz w:val="24"/>
          <w:szCs w:val="24"/>
        </w:rPr>
        <w:t xml:space="preserve">5. </w:t>
      </w:r>
      <w:proofErr w:type="spellStart"/>
      <w:r w:rsidRPr="00343557">
        <w:rPr>
          <w:sz w:val="24"/>
          <w:szCs w:val="24"/>
        </w:rPr>
        <w:t>Kommunikasjon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synlighet</w:t>
      </w:r>
      <w:proofErr w:type="spellEnd"/>
    </w:p>
    <w:p w14:paraId="078D6EA6" w14:textId="13C2A99E" w:rsidR="002F4B33" w:rsidRPr="00343557" w:rsidRDefault="00F051E5">
      <w:pPr>
        <w:rPr>
          <w:sz w:val="24"/>
          <w:szCs w:val="24"/>
        </w:rPr>
      </w:pPr>
      <w:r w:rsidRPr="00343557">
        <w:rPr>
          <w:sz w:val="24"/>
          <w:szCs w:val="24"/>
        </w:rPr>
        <w:br/>
      </w:r>
      <w:proofErr w:type="spellStart"/>
      <w:r w:rsidRPr="00343557">
        <w:rPr>
          <w:sz w:val="24"/>
          <w:szCs w:val="24"/>
        </w:rPr>
        <w:t>Informasjon</w:t>
      </w:r>
      <w:proofErr w:type="spellEnd"/>
      <w:r w:rsidRPr="00343557">
        <w:rPr>
          <w:sz w:val="24"/>
          <w:szCs w:val="24"/>
        </w:rPr>
        <w:t xml:space="preserve"> om </w:t>
      </w:r>
      <w:proofErr w:type="spellStart"/>
      <w:r w:rsidRPr="00343557">
        <w:rPr>
          <w:sz w:val="24"/>
          <w:szCs w:val="24"/>
        </w:rPr>
        <w:t>aktiviteter</w:t>
      </w:r>
      <w:proofErr w:type="spellEnd"/>
      <w:r w:rsidRPr="00343557">
        <w:rPr>
          <w:sz w:val="24"/>
          <w:szCs w:val="24"/>
        </w:rPr>
        <w:t xml:space="preserve"> deles via </w:t>
      </w:r>
      <w:proofErr w:type="spellStart"/>
      <w:r w:rsidR="00CA3A7D" w:rsidRPr="00343557">
        <w:rPr>
          <w:sz w:val="24"/>
          <w:szCs w:val="24"/>
        </w:rPr>
        <w:t>Foreningsportalen</w:t>
      </w:r>
      <w:proofErr w:type="spellEnd"/>
      <w:r w:rsidR="00CA3A7D" w:rsidRPr="00343557">
        <w:rPr>
          <w:sz w:val="24"/>
          <w:szCs w:val="24"/>
        </w:rPr>
        <w:t xml:space="preserve">, </w:t>
      </w:r>
      <w:r w:rsidRPr="00343557">
        <w:rPr>
          <w:sz w:val="24"/>
          <w:szCs w:val="24"/>
        </w:rPr>
        <w:t xml:space="preserve">Facebook, </w:t>
      </w:r>
      <w:r w:rsidR="00CA3A7D" w:rsidRPr="00343557">
        <w:rPr>
          <w:sz w:val="24"/>
          <w:szCs w:val="24"/>
        </w:rPr>
        <w:t xml:space="preserve">GFS </w:t>
      </w:r>
      <w:proofErr w:type="spellStart"/>
      <w:r w:rsidR="00CA3A7D" w:rsidRPr="00343557">
        <w:rPr>
          <w:sz w:val="24"/>
          <w:szCs w:val="24"/>
        </w:rPr>
        <w:t>h</w:t>
      </w:r>
      <w:r w:rsidRPr="00343557">
        <w:rPr>
          <w:sz w:val="24"/>
          <w:szCs w:val="24"/>
        </w:rPr>
        <w:t>jemmeside</w:t>
      </w:r>
      <w:proofErr w:type="spellEnd"/>
      <w:r w:rsidRPr="00343557">
        <w:rPr>
          <w:sz w:val="24"/>
          <w:szCs w:val="24"/>
        </w:rPr>
        <w:t xml:space="preserve">, Radio </w:t>
      </w:r>
      <w:proofErr w:type="spellStart"/>
      <w:r w:rsidRPr="00343557">
        <w:rPr>
          <w:sz w:val="24"/>
          <w:szCs w:val="24"/>
        </w:rPr>
        <w:t>Randsfjord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trykt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materiell</w:t>
      </w:r>
      <w:proofErr w:type="spellEnd"/>
      <w:r w:rsidRPr="00343557">
        <w:rPr>
          <w:sz w:val="24"/>
          <w:szCs w:val="24"/>
        </w:rPr>
        <w:t xml:space="preserve">. </w:t>
      </w:r>
      <w:proofErr w:type="spellStart"/>
      <w:r w:rsidRPr="00343557">
        <w:rPr>
          <w:sz w:val="24"/>
          <w:szCs w:val="24"/>
        </w:rPr>
        <w:t>Foreningsportalen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oppdateres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brukes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til</w:t>
      </w:r>
      <w:proofErr w:type="spellEnd"/>
      <w:r w:rsidRPr="00343557">
        <w:rPr>
          <w:sz w:val="24"/>
          <w:szCs w:val="24"/>
        </w:rPr>
        <w:t xml:space="preserve"> å </w:t>
      </w:r>
      <w:proofErr w:type="spellStart"/>
      <w:r w:rsidRPr="00343557">
        <w:rPr>
          <w:sz w:val="24"/>
          <w:szCs w:val="24"/>
        </w:rPr>
        <w:t>synliggjøre</w:t>
      </w:r>
      <w:proofErr w:type="spellEnd"/>
      <w:r w:rsidRPr="00343557">
        <w:rPr>
          <w:sz w:val="24"/>
          <w:szCs w:val="24"/>
        </w:rPr>
        <w:t xml:space="preserve"> </w:t>
      </w:r>
      <w:r w:rsidR="00CA3A7D" w:rsidRPr="00343557">
        <w:rPr>
          <w:sz w:val="24"/>
          <w:szCs w:val="24"/>
        </w:rPr>
        <w:t xml:space="preserve">mange </w:t>
      </w:r>
      <w:proofErr w:type="spellStart"/>
      <w:r w:rsidRPr="00343557">
        <w:rPr>
          <w:sz w:val="24"/>
          <w:szCs w:val="24"/>
        </w:rPr>
        <w:t>lokale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aktiviteter</w:t>
      </w:r>
      <w:proofErr w:type="spellEnd"/>
      <w:r w:rsidRPr="00343557">
        <w:rPr>
          <w:sz w:val="24"/>
          <w:szCs w:val="24"/>
        </w:rPr>
        <w:t>.</w:t>
      </w:r>
      <w:r w:rsidR="00A2652C" w:rsidRPr="00343557">
        <w:rPr>
          <w:sz w:val="24"/>
          <w:szCs w:val="24"/>
        </w:rPr>
        <w:t xml:space="preserve"> </w:t>
      </w:r>
      <w:proofErr w:type="spellStart"/>
      <w:r w:rsidR="00A2652C" w:rsidRPr="00343557">
        <w:rPr>
          <w:sz w:val="24"/>
          <w:szCs w:val="24"/>
        </w:rPr>
        <w:t>Avisen</w:t>
      </w:r>
      <w:proofErr w:type="spellEnd"/>
      <w:r w:rsidR="00A2652C" w:rsidRPr="00343557">
        <w:rPr>
          <w:sz w:val="24"/>
          <w:szCs w:val="24"/>
        </w:rPr>
        <w:t xml:space="preserve"> </w:t>
      </w:r>
      <w:proofErr w:type="spellStart"/>
      <w:r w:rsidR="00A2652C" w:rsidRPr="00343557">
        <w:rPr>
          <w:sz w:val="24"/>
          <w:szCs w:val="24"/>
        </w:rPr>
        <w:t>Hadeland</w:t>
      </w:r>
      <w:proofErr w:type="spellEnd"/>
      <w:r w:rsidR="00A2652C" w:rsidRPr="00343557">
        <w:rPr>
          <w:sz w:val="24"/>
          <w:szCs w:val="24"/>
        </w:rPr>
        <w:t xml:space="preserve"> </w:t>
      </w:r>
      <w:proofErr w:type="spellStart"/>
      <w:r w:rsidR="00A2652C" w:rsidRPr="00343557">
        <w:rPr>
          <w:sz w:val="24"/>
          <w:szCs w:val="24"/>
        </w:rPr>
        <w:t>og</w:t>
      </w:r>
      <w:proofErr w:type="spellEnd"/>
      <w:r w:rsidR="00A2652C" w:rsidRPr="00343557">
        <w:rPr>
          <w:sz w:val="24"/>
          <w:szCs w:val="24"/>
        </w:rPr>
        <w:t xml:space="preserve"> Gran </w:t>
      </w:r>
      <w:proofErr w:type="spellStart"/>
      <w:r w:rsidR="00A2652C" w:rsidRPr="00343557">
        <w:rPr>
          <w:sz w:val="24"/>
          <w:szCs w:val="24"/>
        </w:rPr>
        <w:t>kommune</w:t>
      </w:r>
      <w:proofErr w:type="spellEnd"/>
      <w:r w:rsidR="00A2652C" w:rsidRPr="00343557">
        <w:rPr>
          <w:sz w:val="24"/>
          <w:szCs w:val="24"/>
        </w:rPr>
        <w:t xml:space="preserve"> </w:t>
      </w:r>
      <w:proofErr w:type="spellStart"/>
      <w:r w:rsidR="00A2652C" w:rsidRPr="00343557">
        <w:rPr>
          <w:sz w:val="24"/>
          <w:szCs w:val="24"/>
        </w:rPr>
        <w:t>informer</w:t>
      </w:r>
      <w:r w:rsidR="00343557">
        <w:rPr>
          <w:sz w:val="24"/>
          <w:szCs w:val="24"/>
        </w:rPr>
        <w:t>e</w:t>
      </w:r>
      <w:r w:rsidR="00A2652C" w:rsidRPr="00343557">
        <w:rPr>
          <w:sz w:val="24"/>
          <w:szCs w:val="24"/>
        </w:rPr>
        <w:t>s</w:t>
      </w:r>
      <w:proofErr w:type="spellEnd"/>
      <w:r w:rsidR="00A2652C" w:rsidRPr="00343557">
        <w:rPr>
          <w:sz w:val="24"/>
          <w:szCs w:val="24"/>
        </w:rPr>
        <w:t xml:space="preserve"> </w:t>
      </w:r>
      <w:proofErr w:type="spellStart"/>
      <w:r w:rsidR="00A2652C" w:rsidRPr="00343557">
        <w:rPr>
          <w:sz w:val="24"/>
          <w:szCs w:val="24"/>
        </w:rPr>
        <w:t>fortløpende</w:t>
      </w:r>
      <w:proofErr w:type="spellEnd"/>
      <w:r w:rsidR="00A2652C" w:rsidRPr="00343557">
        <w:rPr>
          <w:sz w:val="24"/>
          <w:szCs w:val="24"/>
        </w:rPr>
        <w:t>.</w:t>
      </w:r>
      <w:r w:rsidRPr="00343557">
        <w:rPr>
          <w:sz w:val="24"/>
          <w:szCs w:val="24"/>
        </w:rPr>
        <w:br/>
      </w:r>
    </w:p>
    <w:p w14:paraId="57DA9312" w14:textId="77777777" w:rsidR="002F4B33" w:rsidRPr="00343557" w:rsidRDefault="00F051E5">
      <w:pPr>
        <w:pStyle w:val="Overskrift2"/>
        <w:rPr>
          <w:sz w:val="24"/>
          <w:szCs w:val="24"/>
        </w:rPr>
      </w:pPr>
      <w:r w:rsidRPr="00343557">
        <w:rPr>
          <w:sz w:val="24"/>
          <w:szCs w:val="24"/>
        </w:rPr>
        <w:t xml:space="preserve">6. </w:t>
      </w:r>
      <w:proofErr w:type="spellStart"/>
      <w:r w:rsidRPr="00343557">
        <w:rPr>
          <w:sz w:val="24"/>
          <w:szCs w:val="24"/>
        </w:rPr>
        <w:t>Evaluering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justering</w:t>
      </w:r>
      <w:proofErr w:type="spellEnd"/>
    </w:p>
    <w:p w14:paraId="7748FF4A" w14:textId="41A81669" w:rsidR="002F4B33" w:rsidRPr="00343557" w:rsidRDefault="00F051E5">
      <w:pPr>
        <w:rPr>
          <w:sz w:val="24"/>
          <w:szCs w:val="24"/>
        </w:rPr>
      </w:pPr>
      <w:r w:rsidRPr="00343557">
        <w:rPr>
          <w:sz w:val="24"/>
          <w:szCs w:val="24"/>
        </w:rPr>
        <w:br/>
      </w:r>
      <w:proofErr w:type="spellStart"/>
      <w:r w:rsidR="00A2652C" w:rsidRPr="00343557">
        <w:rPr>
          <w:sz w:val="24"/>
          <w:szCs w:val="24"/>
        </w:rPr>
        <w:t>Aktiviteter</w:t>
      </w:r>
      <w:proofErr w:type="spellEnd"/>
      <w:r w:rsidR="00A2652C" w:rsidRPr="00343557">
        <w:rPr>
          <w:sz w:val="24"/>
          <w:szCs w:val="24"/>
        </w:rPr>
        <w:t>/</w:t>
      </w:r>
      <w:proofErr w:type="spellStart"/>
      <w:r w:rsidR="00A2652C" w:rsidRPr="00343557">
        <w:rPr>
          <w:sz w:val="24"/>
          <w:szCs w:val="24"/>
        </w:rPr>
        <w:t>tiltak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evalueres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fortløpende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gjennom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samtaler</w:t>
      </w:r>
      <w:proofErr w:type="spellEnd"/>
      <w:r w:rsidRPr="00343557">
        <w:rPr>
          <w:sz w:val="24"/>
          <w:szCs w:val="24"/>
        </w:rPr>
        <w:t xml:space="preserve"> med </w:t>
      </w:r>
      <w:proofErr w:type="spellStart"/>
      <w:r w:rsidRPr="00343557">
        <w:rPr>
          <w:sz w:val="24"/>
          <w:szCs w:val="24"/>
        </w:rPr>
        <w:t>frivilligebrukere</w:t>
      </w:r>
      <w:proofErr w:type="spellEnd"/>
      <w:r w:rsidR="00CE1E45" w:rsidRPr="00343557">
        <w:rPr>
          <w:sz w:val="24"/>
          <w:szCs w:val="24"/>
        </w:rPr>
        <w:t xml:space="preserve"> </w:t>
      </w:r>
      <w:proofErr w:type="spellStart"/>
      <w:r w:rsidR="00CE1E45" w:rsidRPr="00343557">
        <w:rPr>
          <w:sz w:val="24"/>
          <w:szCs w:val="24"/>
        </w:rPr>
        <w:t>og</w:t>
      </w:r>
      <w:proofErr w:type="spellEnd"/>
      <w:r w:rsidR="00CE1E45" w:rsidRPr="00343557">
        <w:rPr>
          <w:sz w:val="24"/>
          <w:szCs w:val="24"/>
        </w:rPr>
        <w:t xml:space="preserve"> </w:t>
      </w:r>
      <w:proofErr w:type="spellStart"/>
      <w:r w:rsidR="00CE1E45" w:rsidRPr="00343557">
        <w:rPr>
          <w:sz w:val="24"/>
          <w:szCs w:val="24"/>
        </w:rPr>
        <w:t>samarbeidspartnere</w:t>
      </w:r>
      <w:proofErr w:type="spellEnd"/>
      <w:r w:rsidRPr="00343557">
        <w:rPr>
          <w:sz w:val="24"/>
          <w:szCs w:val="24"/>
        </w:rPr>
        <w:t xml:space="preserve">, </w:t>
      </w:r>
      <w:proofErr w:type="spellStart"/>
      <w:r w:rsidRPr="00343557">
        <w:rPr>
          <w:sz w:val="24"/>
          <w:szCs w:val="24"/>
        </w:rPr>
        <w:t>samt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="00CE1E45" w:rsidRPr="00343557">
        <w:rPr>
          <w:sz w:val="24"/>
          <w:szCs w:val="24"/>
        </w:rPr>
        <w:t>internt</w:t>
      </w:r>
      <w:proofErr w:type="spellEnd"/>
      <w:r w:rsidR="00CE1E45" w:rsidRPr="00343557">
        <w:rPr>
          <w:sz w:val="24"/>
          <w:szCs w:val="24"/>
        </w:rPr>
        <w:t xml:space="preserve">. </w:t>
      </w:r>
      <w:r w:rsidRPr="00343557">
        <w:rPr>
          <w:sz w:val="24"/>
          <w:szCs w:val="24"/>
        </w:rPr>
        <w:br/>
      </w:r>
      <w:proofErr w:type="spellStart"/>
      <w:r w:rsidRPr="00343557">
        <w:rPr>
          <w:sz w:val="24"/>
          <w:szCs w:val="24"/>
        </w:rPr>
        <w:t>Planen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justeres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ved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behov</w:t>
      </w:r>
      <w:proofErr w:type="spellEnd"/>
      <w:r w:rsidRPr="00343557">
        <w:rPr>
          <w:sz w:val="24"/>
          <w:szCs w:val="24"/>
        </w:rPr>
        <w:t xml:space="preserve"> for å </w:t>
      </w:r>
      <w:proofErr w:type="spellStart"/>
      <w:r w:rsidRPr="00343557">
        <w:rPr>
          <w:sz w:val="24"/>
          <w:szCs w:val="24"/>
        </w:rPr>
        <w:t>sikre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måloppnåelse</w:t>
      </w:r>
      <w:proofErr w:type="spell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og</w:t>
      </w:r>
      <w:proofErr w:type="spellEnd"/>
      <w:r w:rsidRPr="00343557">
        <w:rPr>
          <w:sz w:val="24"/>
          <w:szCs w:val="24"/>
        </w:rPr>
        <w:t xml:space="preserve"> </w:t>
      </w:r>
      <w:proofErr w:type="gramStart"/>
      <w:r w:rsidRPr="00343557">
        <w:rPr>
          <w:sz w:val="24"/>
          <w:szCs w:val="24"/>
        </w:rPr>
        <w:t>god</w:t>
      </w:r>
      <w:proofErr w:type="gramEnd"/>
      <w:r w:rsidRPr="00343557">
        <w:rPr>
          <w:sz w:val="24"/>
          <w:szCs w:val="24"/>
        </w:rPr>
        <w:t xml:space="preserve"> </w:t>
      </w:r>
      <w:proofErr w:type="spellStart"/>
      <w:r w:rsidRPr="00343557">
        <w:rPr>
          <w:sz w:val="24"/>
          <w:szCs w:val="24"/>
        </w:rPr>
        <w:t>ressursbruk</w:t>
      </w:r>
      <w:proofErr w:type="spellEnd"/>
      <w:r w:rsidRPr="00343557">
        <w:rPr>
          <w:sz w:val="24"/>
          <w:szCs w:val="24"/>
        </w:rPr>
        <w:t>.</w:t>
      </w:r>
      <w:r w:rsidRPr="00343557">
        <w:rPr>
          <w:sz w:val="24"/>
          <w:szCs w:val="24"/>
        </w:rPr>
        <w:br/>
      </w:r>
    </w:p>
    <w:sectPr w:rsidR="002F4B33" w:rsidRPr="00343557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merertliste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merertliste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ktliste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ktliste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merertliste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ktlist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752436F5"/>
    <w:multiLevelType w:val="hybridMultilevel"/>
    <w:tmpl w:val="BD7CF6A8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8712768">
    <w:abstractNumId w:val="8"/>
  </w:num>
  <w:num w:numId="2" w16cid:durableId="1866945198">
    <w:abstractNumId w:val="6"/>
  </w:num>
  <w:num w:numId="3" w16cid:durableId="953363431">
    <w:abstractNumId w:val="5"/>
  </w:num>
  <w:num w:numId="4" w16cid:durableId="687026465">
    <w:abstractNumId w:val="4"/>
  </w:num>
  <w:num w:numId="5" w16cid:durableId="445852752">
    <w:abstractNumId w:val="7"/>
  </w:num>
  <w:num w:numId="6" w16cid:durableId="1016729490">
    <w:abstractNumId w:val="3"/>
  </w:num>
  <w:num w:numId="7" w16cid:durableId="43648331">
    <w:abstractNumId w:val="2"/>
  </w:num>
  <w:num w:numId="8" w16cid:durableId="1221676902">
    <w:abstractNumId w:val="1"/>
  </w:num>
  <w:num w:numId="9" w16cid:durableId="113911288">
    <w:abstractNumId w:val="0"/>
  </w:num>
  <w:num w:numId="10" w16cid:durableId="1083556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185367"/>
    <w:rsid w:val="001C27C9"/>
    <w:rsid w:val="0029639D"/>
    <w:rsid w:val="002E0A93"/>
    <w:rsid w:val="002F4B33"/>
    <w:rsid w:val="00326F90"/>
    <w:rsid w:val="00337745"/>
    <w:rsid w:val="00343557"/>
    <w:rsid w:val="0054339C"/>
    <w:rsid w:val="005B3D5B"/>
    <w:rsid w:val="00784DF5"/>
    <w:rsid w:val="007D0195"/>
    <w:rsid w:val="00817DFE"/>
    <w:rsid w:val="00872F79"/>
    <w:rsid w:val="0088490F"/>
    <w:rsid w:val="008D5C44"/>
    <w:rsid w:val="00901E31"/>
    <w:rsid w:val="00A00FFB"/>
    <w:rsid w:val="00A2652C"/>
    <w:rsid w:val="00A5750B"/>
    <w:rsid w:val="00AA1D8D"/>
    <w:rsid w:val="00B1533A"/>
    <w:rsid w:val="00B47730"/>
    <w:rsid w:val="00B856CB"/>
    <w:rsid w:val="00CA3A7D"/>
    <w:rsid w:val="00CB0664"/>
    <w:rsid w:val="00CE1E45"/>
    <w:rsid w:val="00E03F8E"/>
    <w:rsid w:val="00F051E5"/>
    <w:rsid w:val="00FA3B61"/>
    <w:rsid w:val="00FC693F"/>
    <w:rsid w:val="00FF1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9B3574"/>
  <w14:defaultImageDpi w14:val="300"/>
  <w15:docId w15:val="{3BC0D4AC-3B85-4CD5-B000-BF83F7EAF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Overskrift1">
    <w:name w:val="heading 1"/>
    <w:basedOn w:val="Normal"/>
    <w:next w:val="Normal"/>
    <w:link w:val="Overskrift1Tegn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E618BF"/>
  </w:style>
  <w:style w:type="paragraph" w:styleId="Bunntekst">
    <w:name w:val="footer"/>
    <w:basedOn w:val="Normal"/>
    <w:link w:val="BunntekstTegn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E618BF"/>
  </w:style>
  <w:style w:type="paragraph" w:styleId="Ingenmellomrom">
    <w:name w:val="No Spacing"/>
    <w:uiPriority w:val="1"/>
    <w:qFormat/>
    <w:rsid w:val="00FC693F"/>
    <w:pPr>
      <w:spacing w:after="0" w:line="240" w:lineRule="auto"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tel">
    <w:name w:val="Title"/>
    <w:basedOn w:val="Normal"/>
    <w:next w:val="Normal"/>
    <w:link w:val="TittelTegn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eavsnitt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rdtekst">
    <w:name w:val="Body Text"/>
    <w:basedOn w:val="Normal"/>
    <w:link w:val="BrdtekstTegn"/>
    <w:uiPriority w:val="99"/>
    <w:unhideWhenUsed/>
    <w:rsid w:val="00AA1D8D"/>
    <w:pPr>
      <w:spacing w:after="120"/>
    </w:pPr>
  </w:style>
  <w:style w:type="character" w:customStyle="1" w:styleId="BrdtekstTegn">
    <w:name w:val="Brødtekst Tegn"/>
    <w:basedOn w:val="Standardskriftforavsnitt"/>
    <w:link w:val="Brdtekst"/>
    <w:uiPriority w:val="99"/>
    <w:rsid w:val="00AA1D8D"/>
  </w:style>
  <w:style w:type="paragraph" w:styleId="Brdtekst2">
    <w:name w:val="Body Text 2"/>
    <w:basedOn w:val="Normal"/>
    <w:link w:val="Brdtekst2Tegn"/>
    <w:uiPriority w:val="99"/>
    <w:unhideWhenUsed/>
    <w:rsid w:val="00AA1D8D"/>
    <w:pPr>
      <w:spacing w:after="120" w:line="480" w:lineRule="auto"/>
    </w:pPr>
  </w:style>
  <w:style w:type="character" w:customStyle="1" w:styleId="Brdtekst2Tegn">
    <w:name w:val="Brødtekst 2 Tegn"/>
    <w:basedOn w:val="Standardskriftforavsnitt"/>
    <w:link w:val="Brdtekst2"/>
    <w:uiPriority w:val="99"/>
    <w:rsid w:val="00AA1D8D"/>
  </w:style>
  <w:style w:type="paragraph" w:styleId="Brdtekst3">
    <w:name w:val="Body Text 3"/>
    <w:basedOn w:val="Normal"/>
    <w:link w:val="Brdtekst3Tegn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rdtekst3Tegn">
    <w:name w:val="Brødtekst 3 Tegn"/>
    <w:basedOn w:val="Standardskriftforavsnitt"/>
    <w:link w:val="Brdtekst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Punktliste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Punktliste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Punktliste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Nummerertliste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Nummerertliste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Nummerertliste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-forts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-forts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-forts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krotekst">
    <w:name w:val="macro"/>
    <w:link w:val="MakrotekstTegn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tekstTegn">
    <w:name w:val="Makrotekst Tegn"/>
    <w:basedOn w:val="Standardskriftforavsnitt"/>
    <w:link w:val="Makrotekst"/>
    <w:uiPriority w:val="99"/>
    <w:rsid w:val="0029639D"/>
    <w:rPr>
      <w:rFonts w:ascii="Courier" w:hAnsi="Courier"/>
      <w:sz w:val="20"/>
      <w:szCs w:val="20"/>
    </w:rPr>
  </w:style>
  <w:style w:type="paragraph" w:styleId="Sitat">
    <w:name w:val="Quote"/>
    <w:basedOn w:val="Normal"/>
    <w:next w:val="Normal"/>
    <w:link w:val="SitatTegn"/>
    <w:uiPriority w:val="29"/>
    <w:qFormat/>
    <w:rsid w:val="00FC693F"/>
    <w:rPr>
      <w:i/>
      <w:iCs/>
      <w:color w:val="000000" w:themeColor="text1"/>
    </w:rPr>
  </w:style>
  <w:style w:type="character" w:customStyle="1" w:styleId="SitatTegn">
    <w:name w:val="Sitat Tegn"/>
    <w:basedOn w:val="Standardskriftforavsnitt"/>
    <w:link w:val="Sitat"/>
    <w:uiPriority w:val="29"/>
    <w:rsid w:val="00FC693F"/>
    <w:rPr>
      <w:i/>
      <w:iCs/>
      <w:color w:val="000000" w:themeColor="text1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ildetekst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erk">
    <w:name w:val="Strong"/>
    <w:basedOn w:val="Standardskriftforavsnitt"/>
    <w:uiPriority w:val="22"/>
    <w:qFormat/>
    <w:rsid w:val="00FC693F"/>
    <w:rPr>
      <w:b/>
      <w:bCs/>
    </w:rPr>
  </w:style>
  <w:style w:type="character" w:styleId="Utheving">
    <w:name w:val="Emphasis"/>
    <w:basedOn w:val="Standardskriftforavsnitt"/>
    <w:uiPriority w:val="20"/>
    <w:qFormat/>
    <w:rsid w:val="00FC693F"/>
    <w:rPr>
      <w:i/>
      <w:iCs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FC693F"/>
    <w:rPr>
      <w:b/>
      <w:bCs/>
      <w:i/>
      <w:iCs/>
      <w:color w:val="4F81BD" w:themeColor="accent1"/>
    </w:rPr>
  </w:style>
  <w:style w:type="character" w:styleId="Svakutheving">
    <w:name w:val="Subtle Emphasis"/>
    <w:basedOn w:val="Standardskriftforavsnitt"/>
    <w:uiPriority w:val="19"/>
    <w:qFormat/>
    <w:rsid w:val="00FC693F"/>
    <w:rPr>
      <w:i/>
      <w:iCs/>
      <w:color w:val="808080" w:themeColor="text1" w:themeTint="7F"/>
    </w:rPr>
  </w:style>
  <w:style w:type="character" w:styleId="Sterkutheving">
    <w:name w:val="Intense Emphasis"/>
    <w:basedOn w:val="Standardskriftforavsnitt"/>
    <w:uiPriority w:val="21"/>
    <w:qFormat/>
    <w:rsid w:val="00FC693F"/>
    <w:rPr>
      <w:b/>
      <w:bCs/>
      <w:i/>
      <w:iCs/>
      <w:color w:val="4F81BD" w:themeColor="accent1"/>
    </w:rPr>
  </w:style>
  <w:style w:type="character" w:styleId="Svakreferanse">
    <w:name w:val="Subtle Reference"/>
    <w:basedOn w:val="Standardskriftforavsnitt"/>
    <w:uiPriority w:val="31"/>
    <w:qFormat/>
    <w:rsid w:val="00FC693F"/>
    <w:rPr>
      <w:smallCaps/>
      <w:color w:val="C0504D" w:themeColor="accent2"/>
      <w:u w:val="single"/>
    </w:rPr>
  </w:style>
  <w:style w:type="character" w:styleId="Sterkreferanse">
    <w:name w:val="Intense Reference"/>
    <w:basedOn w:val="Standardskriftforavsnit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ktittel">
    <w:name w:val="Book Title"/>
    <w:basedOn w:val="Standardskriftforavsnitt"/>
    <w:uiPriority w:val="33"/>
    <w:qFormat/>
    <w:rsid w:val="00FC693F"/>
    <w:rPr>
      <w:b/>
      <w:bCs/>
      <w:smallCaps/>
      <w:spacing w:val="5"/>
    </w:rPr>
  </w:style>
  <w:style w:type="paragraph" w:styleId="Overskriftforinnholdsfortegnelse">
    <w:name w:val="TOC Heading"/>
    <w:basedOn w:val="Overskrift1"/>
    <w:next w:val="Normal"/>
    <w:uiPriority w:val="39"/>
    <w:semiHidden/>
    <w:unhideWhenUsed/>
    <w:qFormat/>
    <w:rsid w:val="00FC693F"/>
    <w:pPr>
      <w:outlineLvl w:val="9"/>
    </w:pPr>
  </w:style>
  <w:style w:type="table" w:styleId="Tabellrutenett">
    <w:name w:val="Table Grid"/>
    <w:basedOn w:val="Vanligtabel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ysskyggelegging">
    <w:name w:val="Light Shading"/>
    <w:basedOn w:val="Vanligtabel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ysskyggelegginguthevingsfarge1">
    <w:name w:val="Light Shading Accent 1"/>
    <w:basedOn w:val="Vanligtabel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ysskyggelegginguthevingsfarge2">
    <w:name w:val="Light Shading Accent 2"/>
    <w:basedOn w:val="Vanligtabel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ysskyggelegginguthevingsfarge3">
    <w:name w:val="Light Shading Accent 3"/>
    <w:basedOn w:val="Vanligtabel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ysskyggelegginguthevingsfarge4">
    <w:name w:val="Light Shading Accent 4"/>
    <w:basedOn w:val="Vanligtabel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ysskyggelegginguthevingsfarge5">
    <w:name w:val="Light Shading Accent 5"/>
    <w:basedOn w:val="Vanligtabel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ysskyggelegginguthevingsfarge6">
    <w:name w:val="Light Shading Accent 6"/>
    <w:basedOn w:val="Vanligtabel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ysliste">
    <w:name w:val="Light List"/>
    <w:basedOn w:val="Vanligtabel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yslisteuthevingsfarge1">
    <w:name w:val="Light List Accent 1"/>
    <w:basedOn w:val="Vanligtabel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yslisteuthevingsfarge2">
    <w:name w:val="Light List Accent 2"/>
    <w:basedOn w:val="Vanlig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yslisteuthevingsfarge3">
    <w:name w:val="Light List Accent 3"/>
    <w:basedOn w:val="Vanlig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yslisteuthevingsfarge4">
    <w:name w:val="Light List Accent 4"/>
    <w:basedOn w:val="Vanlig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yslisteuthevingsfarge5">
    <w:name w:val="Light List Accent 5"/>
    <w:basedOn w:val="Vanlig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yslisteuthevingsfarge6">
    <w:name w:val="Light List Accent 6"/>
    <w:basedOn w:val="Vanlig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ystrutenett">
    <w:name w:val="Light Grid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ystrutenettuthevingsfarge1">
    <w:name w:val="Light Grid Accent 1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ystrutenettuthevingsfarge2">
    <w:name w:val="Light Grid Accent 2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ystrutenettuthevingsfarge3">
    <w:name w:val="Light Grid Accent 3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ystrutenettuthevingsfarge4">
    <w:name w:val="Light Grid Accent 4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ystrutenettuthevingsfarge5">
    <w:name w:val="Light Grid Accent 5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ystrutenettuthevingsfarge6">
    <w:name w:val="Light Grid Accent 6"/>
    <w:basedOn w:val="Vanlig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iddelsskyggelegging1">
    <w:name w:val="Medium Shading 1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1">
    <w:name w:val="Medium Shading 1 Accent 1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2">
    <w:name w:val="Medium Shading 1 Accent 2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3">
    <w:name w:val="Medium Shading 1 Accent 3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4">
    <w:name w:val="Medium Shading 1 Accent 4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5">
    <w:name w:val="Medium Shading 1 Accent 5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6">
    <w:name w:val="Medium Shading 1 Accent 6"/>
    <w:basedOn w:val="Vanlig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2">
    <w:name w:val="Medium Shading 2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1">
    <w:name w:val="Medium Shading 2 Accent 1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2">
    <w:name w:val="Medium Shading 2 Accent 2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3">
    <w:name w:val="Medium Shading 2 Accent 3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4">
    <w:name w:val="Medium Shading 2 Accent 4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5">
    <w:name w:val="Medium Shading 2 Accent 5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skyggelegging2uthevingsfarge6">
    <w:name w:val="Medium Shading 2 Accent 6"/>
    <w:basedOn w:val="Vanlig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ddelsliste1">
    <w:name w:val="Medium List 1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ddelsliste1uthevingsfarge1">
    <w:name w:val="Medium List 1 Accent 1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iddelsliste1uthevingsfarge2">
    <w:name w:val="Medium List 1 Accent 2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iddelsliste1uthevingsfarge3">
    <w:name w:val="Medium List 1 Accent 3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iddelsliste1uthevingsfarge4">
    <w:name w:val="Medium List 1 Accent 4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iddelsliste1uthevingsfarge5">
    <w:name w:val="Medium List 1 Accent 5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iddelsliste1uthevingsfarge6">
    <w:name w:val="Medium List 1 Accent 6"/>
    <w:basedOn w:val="Vanlig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iddelsliste2">
    <w:name w:val="Medium List 2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1">
    <w:name w:val="Medium List 2 Accent 1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2">
    <w:name w:val="Medium List 2 Accent 2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3">
    <w:name w:val="Medium List 2 Accent 3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4">
    <w:name w:val="Medium List 2 Accent 4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5">
    <w:name w:val="Medium List 2 Accent 5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6">
    <w:name w:val="Medium List 2 Accent 6"/>
    <w:basedOn w:val="Vanlig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rutenett1">
    <w:name w:val="Medium Grid 1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ddelsrutenett1uthevingsfarge1">
    <w:name w:val="Medium Grid 1 Accent 1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iddelsrutenett1uthevingsfarge2">
    <w:name w:val="Medium Grid 1 Accent 2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iddelsrutenett1uthevingsfarge3">
    <w:name w:val="Medium Grid 1 Accent 3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iddelsrutenett1uthevingsfarge4">
    <w:name w:val="Medium Grid 1 Accent 4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iddelsrutenett1uthevingsfarge5">
    <w:name w:val="Medium Grid 1 Accent 5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iddelsrutenett1uthevingsfarge6">
    <w:name w:val="Medium Grid 1 Accent 6"/>
    <w:basedOn w:val="Vanlig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iddelsrutenett2">
    <w:name w:val="Medium Grid 2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1">
    <w:name w:val="Medium Grid 2 Accent 1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2">
    <w:name w:val="Medium Grid 2 Accent 2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3">
    <w:name w:val="Medium Grid 2 Accent 3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4">
    <w:name w:val="Medium Grid 2 Accent 4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5">
    <w:name w:val="Medium Grid 2 Accent 5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6">
    <w:name w:val="Medium Grid 2 Accent 6"/>
    <w:basedOn w:val="Vanlig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3">
    <w:name w:val="Medium Grid 3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ddelsrutenett3uthevingsfarge1">
    <w:name w:val="Medium Grid 3 Accent 1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iddelsrutenett3uthevingsfarge2">
    <w:name w:val="Medium Grid 3 Accent 2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iddelsrutenett3uthevingsfarge3">
    <w:name w:val="Medium Grid 3 Accent 3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iddelsrutenett3uthevingsfarge4">
    <w:name w:val="Medium Grid 3 Accent 4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iddelsrutenett3uthevingsfarge5">
    <w:name w:val="Medium Grid 3 Accent 5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iddelsrutenett3uthevingsfarge6">
    <w:name w:val="Medium Grid 3 Accent 6"/>
    <w:basedOn w:val="Vanlig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Mrkliste">
    <w:name w:val="Dark List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rklisteuthevingsfarge1">
    <w:name w:val="Dark List Accent 1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Mrklisteuthevingsfarge2">
    <w:name w:val="Dark List Accent 2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Mrklisteuthevingsfarge3">
    <w:name w:val="Dark List Accent 3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Mrklisteuthevingsfarge4">
    <w:name w:val="Dark List Accent 4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Mrklisteuthevingsfarge5">
    <w:name w:val="Dark List Accent 5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Mrklisteuthevingsfarge6">
    <w:name w:val="Dark List Accent 6"/>
    <w:basedOn w:val="Vanlig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gerikskyggelegging">
    <w:name w:val="Colorful Shading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1">
    <w:name w:val="Colorful Shading Accent 1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2">
    <w:name w:val="Colorful Shading Accent 2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3">
    <w:name w:val="Colorful Shading Accent 3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gerikskyggelegginguthevingsfarge4">
    <w:name w:val="Colorful Shading Accent 4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5">
    <w:name w:val="Colorful Shading Accent 5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6">
    <w:name w:val="Colorful Shading Accent 6"/>
    <w:basedOn w:val="Vanlig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liste">
    <w:name w:val="Colorful List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geriklisteuthevingsfarge1">
    <w:name w:val="Colorful List Accent 1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geriklisteuthevingsfarge2">
    <w:name w:val="Colorful List Accent 2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geriklisteuthevingsfarge3">
    <w:name w:val="Colorful List Accent 3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geriklisteuthevingsfarge4">
    <w:name w:val="Colorful List Accent 4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geriklisteuthevingsfarge5">
    <w:name w:val="Colorful List Accent 5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geriklisteuthevingsfarge6">
    <w:name w:val="Colorful List Accent 6"/>
    <w:basedOn w:val="Vanlig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geriktrutenett">
    <w:name w:val="Colorful Grid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geriktrutenettuthevingsfarge1">
    <w:name w:val="Colorful Grid Accent 1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geriktrutenettuthevingsfarge2">
    <w:name w:val="Colorful Grid Accent 2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geriktrutenettuthevingsfarge3">
    <w:name w:val="Colorful Grid Accent 3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geriktrutenettuthevingsfarge4">
    <w:name w:val="Colorful Grid Accent 4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geriktrutenettuthevingsfarge5">
    <w:name w:val="Colorful Grid Accent 5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geriktrutenettuthevingsfarge6">
    <w:name w:val="Colorful Grid Accent 6"/>
    <w:basedOn w:val="Vanlig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1255</TotalTime>
  <Pages>5</Pages>
  <Words>1013</Words>
  <Characters>5373</Characters>
  <Application>Microsoft Office Word</Application>
  <DocSecurity>0</DocSecurity>
  <Lines>44</Lines>
  <Paragraphs>12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6374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Øyvind Haslestad</cp:lastModifiedBy>
  <cp:revision>6</cp:revision>
  <cp:lastPrinted>2025-11-19T09:49:00Z</cp:lastPrinted>
  <dcterms:created xsi:type="dcterms:W3CDTF">2025-10-15T11:13:00Z</dcterms:created>
  <dcterms:modified xsi:type="dcterms:W3CDTF">2025-11-19T09:50:00Z</dcterms:modified>
  <cp:category/>
</cp:coreProperties>
</file>